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Title"/>
      </w:pPr>
      <w:r>
        <w:t>Surface Hub v1 → Ubuntu 24.04 LTS Standalone PC</w:t>
      </w:r>
    </w:p>
    <w:p>
      <w:pPr>
        <w:jc w:val="center"/>
      </w:pPr>
      <w:r>
        <w:rPr>
          <w:b/>
        </w:rPr>
        <w:t>Successful build procedure • Surface Hub generation 1 • UEFI/Secure Boot shim workaround</w:t>
      </w:r>
    </w:p>
    <w:p>
      <w:r>
        <w:t>This document captures the procedure that successfully converted the Surface Hub v1 in this build into a standalone Ubuntu 24.04 LTS machine. It includes the Invalid Serial Number repair, USB creation, Ubuntu installation, and the EFI boot-file workaround required for the Hub's unusual firmware behavior.</w:t>
      </w:r>
    </w:p>
    <w:p>
      <w:pPr>
        <w:pStyle w:val="Heading1"/>
      </w:pPr>
      <w:r>
        <w:t>1. Important Notes Before Starting</w:t>
      </w:r>
    </w:p>
    <w:p>
      <w:pPr>
        <w:pStyle w:val="ListBullet"/>
      </w:pPr>
      <w:r>
        <w:t>Preserve the original Surface Hub SSD or make a backup if you want a recovery path.</w:t>
      </w:r>
    </w:p>
    <w:p>
      <w:pPr>
        <w:pStyle w:val="ListBullet"/>
      </w:pPr>
      <w:r>
        <w:t>The procedure does not require Microsoft's Manufacturing_signed.bin.</w:t>
      </w:r>
    </w:p>
    <w:p>
      <w:pPr>
        <w:pStyle w:val="ListBullet"/>
      </w:pPr>
      <w:r>
        <w:t>Secure Boot can remain enabled; Ubuntu's Canonical-signed shim is used.</w:t>
      </w:r>
    </w:p>
    <w:p>
      <w:pPr>
        <w:pStyle w:val="ListBullet"/>
      </w:pPr>
      <w:r>
        <w:t>The critical Surface Hub workaround is placing Ubuntu's shim and GRUB files under EFI/Microsoft/Boot.</w:t>
      </w:r>
    </w:p>
    <w:p>
      <w:pPr>
        <w:pStyle w:val="ListBullet"/>
      </w:pPr>
      <w:r>
        <w:t>Device names such as /dev/sda1 are examples. Always verify the internal SSD with lsblk -f before mounting or modifying it.</w:t>
      </w:r>
    </w:p>
    <w:p>
      <w:pPr>
        <w:pStyle w:val="Heading1"/>
      </w:pPr>
      <w:r>
        <w:t>2. Hardware / Software Used</w:t>
      </w:r>
    </w:p>
    <w:p>
      <w:pPr>
        <w:pStyle w:val="ListBullet"/>
      </w:pPr>
      <w:r>
        <w:t>Surface Hub v1.</w:t>
      </w:r>
    </w:p>
    <w:p>
      <w:pPr>
        <w:pStyle w:val="ListBullet"/>
      </w:pPr>
      <w:r>
        <w:t>Ubuntu 24.04.4 Desktop AMD64 ISO.</w:t>
      </w:r>
    </w:p>
    <w:p>
      <w:pPr>
        <w:pStyle w:val="ListBullet"/>
      </w:pPr>
      <w:r>
        <w:t>32 GB USB flash drive (8 GB or larger is sufficient).</w:t>
      </w:r>
    </w:p>
    <w:p>
      <w:pPr>
        <w:pStyle w:val="ListBullet"/>
      </w:pPr>
      <w:r>
        <w:t>Rufus 4.x on Windows.</w:t>
      </w:r>
    </w:p>
    <w:p>
      <w:pPr>
        <w:pStyle w:val="ListBullet"/>
      </w:pPr>
      <w:r>
        <w:t>Wired USB keyboard recommended.</w:t>
      </w:r>
    </w:p>
    <w:p>
      <w:pPr>
        <w:pStyle w:val="Heading1"/>
      </w:pPr>
      <w:r>
        <w:t>3. Repair 'Invalid Serial Number' First</w:t>
      </w:r>
    </w:p>
    <w:p>
      <w:r>
        <w:t>If the Surface Hub boots with an Invalid Serial Number screen, repair that before installing Ubuntu.</w:t>
      </w:r>
    </w:p>
    <w:p>
      <w:pPr>
        <w:pStyle w:val="ListNumber"/>
      </w:pPr>
      <w:r>
        <w:t>Connect a wired USB keyboard.</w:t>
      </w:r>
    </w:p>
    <w:p>
      <w:pPr>
        <w:pStyle w:val="ListNumber"/>
      </w:pPr>
      <w:r>
        <w:t>Boot the Hub until the Invalid Serial Number screen appears.</w:t>
      </w:r>
    </w:p>
    <w:p>
      <w:pPr>
        <w:pStyle w:val="ListNumber"/>
      </w:pPr>
      <w:r>
        <w:t>Locate the editable serial-number field. If it contains a placeholder such as System Serial, use Backspace to clear it.</w:t>
      </w:r>
    </w:p>
    <w:p>
      <w:pPr>
        <w:pStyle w:val="ListNumber"/>
      </w:pPr>
      <w:r>
        <w:t>Enter the Surface Hub's actual serial number from its physical chassis label.</w:t>
      </w:r>
    </w:p>
    <w:p>
      <w:pPr>
        <w:pStyle w:val="ListNumber"/>
      </w:pPr>
      <w:r>
        <w:t>Press Enter and allow the Hub to continue.</w:t>
      </w:r>
    </w:p>
    <w:p>
      <w:r>
        <w:t>Do not invent a serial number; use the unit's actual chassis serial number.</w:t>
      </w:r>
    </w:p>
    <w:p>
      <w:pPr>
        <w:pStyle w:val="Heading1"/>
      </w:pPr>
      <w:r>
        <w:t>4. Create the Ubuntu USB with Rufus</w:t>
      </w:r>
    </w:p>
    <w:p>
      <w:r>
        <w:t>In Rufus, use the following configuration:</w:t>
      </w:r>
    </w:p>
    <w:tbl>
      <w:tblPr>
        <w:tblStyle w:val="TableGrid"/>
        <w:tblW w:type="auto" w:w="0"/>
        <w:jc w:val="center"/>
        <w:tblLook w:firstColumn="1" w:firstRow="1" w:lastColumn="0" w:lastRow="0" w:noHBand="0" w:noVBand="1" w:val="04A0"/>
      </w:tblPr>
      <w:tblGrid>
        <w:gridCol w:w="5040"/>
        <w:gridCol w:w="5040"/>
      </w:tblGrid>
      <w:tr>
        <w:tc>
          <w:tcPr>
            <w:tcW w:type="dxa" w:w="5040"/>
          </w:tcPr>
          <w:p>
            <w:r>
              <w:t>Setting</w:t>
            </w:r>
          </w:p>
        </w:tc>
        <w:tc>
          <w:tcPr>
            <w:tcW w:type="dxa" w:w="5040"/>
          </w:tcPr>
          <w:p>
            <w:r>
              <w:t>Value</w:t>
            </w:r>
          </w:p>
        </w:tc>
      </w:tr>
      <w:tr>
        <w:tc>
          <w:tcPr>
            <w:tcW w:type="dxa" w:w="5040"/>
          </w:tcPr>
          <w:p>
            <w:r>
              <w:t>Boot selection</w:t>
            </w:r>
          </w:p>
        </w:tc>
        <w:tc>
          <w:tcPr>
            <w:tcW w:type="dxa" w:w="5040"/>
          </w:tcPr>
          <w:p>
            <w:r>
              <w:t>Ubuntu 24.04.4 Desktop AMD64 ISO</w:t>
            </w:r>
          </w:p>
        </w:tc>
      </w:tr>
      <w:tr>
        <w:tc>
          <w:tcPr>
            <w:tcW w:type="dxa" w:w="5040"/>
          </w:tcPr>
          <w:p>
            <w:r>
              <w:t>Partition scheme</w:t>
            </w:r>
          </w:p>
        </w:tc>
        <w:tc>
          <w:tcPr>
            <w:tcW w:type="dxa" w:w="5040"/>
          </w:tcPr>
          <w:p>
            <w:r>
              <w:t>GPT</w:t>
            </w:r>
          </w:p>
        </w:tc>
      </w:tr>
      <w:tr>
        <w:tc>
          <w:tcPr>
            <w:tcW w:type="dxa" w:w="5040"/>
          </w:tcPr>
          <w:p>
            <w:r>
              <w:t>Target system</w:t>
            </w:r>
          </w:p>
        </w:tc>
        <w:tc>
          <w:tcPr>
            <w:tcW w:type="dxa" w:w="5040"/>
          </w:tcPr>
          <w:p>
            <w:r>
              <w:t>UEFI (non-CSM)</w:t>
            </w:r>
          </w:p>
        </w:tc>
      </w:tr>
      <w:tr>
        <w:tc>
          <w:tcPr>
            <w:tcW w:type="dxa" w:w="5040"/>
          </w:tcPr>
          <w:p>
            <w:r>
              <w:t>File system</w:t>
            </w:r>
          </w:p>
        </w:tc>
        <w:tc>
          <w:tcPr>
            <w:tcW w:type="dxa" w:w="5040"/>
          </w:tcPr>
          <w:p>
            <w:r>
              <w:t>FAT32</w:t>
            </w:r>
          </w:p>
        </w:tc>
      </w:tr>
      <w:tr>
        <w:tc>
          <w:tcPr>
            <w:tcW w:type="dxa" w:w="5040"/>
          </w:tcPr>
          <w:p>
            <w:r>
              <w:t>Persistence</w:t>
            </w:r>
          </w:p>
        </w:tc>
        <w:tc>
          <w:tcPr>
            <w:tcW w:type="dxa" w:w="5040"/>
          </w:tcPr>
          <w:p>
            <w:r>
              <w:t>0 / none</w:t>
            </w:r>
          </w:p>
        </w:tc>
      </w:tr>
      <w:tr>
        <w:tc>
          <w:tcPr>
            <w:tcW w:type="dxa" w:w="5040"/>
          </w:tcPr>
          <w:p>
            <w:r>
              <w:t>Write mode</w:t>
            </w:r>
          </w:p>
        </w:tc>
        <w:tc>
          <w:tcPr>
            <w:tcW w:type="dxa" w:w="5040"/>
          </w:tcPr>
          <w:p>
            <w:r>
              <w:t>DD Image mode</w:t>
            </w:r>
          </w:p>
        </w:tc>
      </w:tr>
    </w:tbl>
    <w:p>
      <w:r>
        <w:t>DD mode writes the ISO essentially sector-for-sector, preserving Ubuntu's original boot layout and reducing variables when dealing with the Hub's nonstandard firmware.</w:t>
      </w:r>
    </w:p>
    <w:p>
      <w:pPr>
        <w:pStyle w:val="Heading1"/>
      </w:pPr>
      <w:r>
        <w:t>5. Boot the Ubuntu Installer</w:t>
      </w:r>
    </w:p>
    <w:p>
      <w:pPr>
        <w:pStyle w:val="ListNumber"/>
      </w:pPr>
      <w:r>
        <w:t>Power the Surface Hub completely off.</w:t>
      </w:r>
    </w:p>
    <w:p>
      <w:pPr>
        <w:pStyle w:val="ListNumber"/>
      </w:pPr>
      <w:r>
        <w:t>Insert the Ubuntu USB.</w:t>
      </w:r>
    </w:p>
    <w:p>
      <w:pPr>
        <w:pStyle w:val="ListNumber"/>
      </w:pPr>
      <w:r>
        <w:t>Hold Volume Down.</w:t>
      </w:r>
    </w:p>
    <w:p>
      <w:pPr>
        <w:pStyle w:val="ListNumber"/>
      </w:pPr>
      <w:r>
        <w:t>Press Power.</w:t>
      </w:r>
    </w:p>
    <w:p>
      <w:pPr>
        <w:pStyle w:val="ListNumber"/>
      </w:pPr>
      <w:r>
        <w:t>Continue holding Volume Down until the Ubuntu USB starts.</w:t>
      </w:r>
    </w:p>
    <w:p>
      <w:pPr>
        <w:pStyle w:val="ListNumber"/>
      </w:pPr>
      <w:r>
        <w:t>Choose Try or Install Ubuntu.</w:t>
      </w:r>
    </w:p>
    <w:p>
      <w:pPr>
        <w:pStyle w:val="Heading1"/>
      </w:pPr>
      <w:r>
        <w:t>6. Install Ubuntu 24.04</w:t>
      </w:r>
    </w:p>
    <w:p>
      <w:pPr>
        <w:pStyle w:val="ListNumber"/>
      </w:pPr>
      <w:r>
        <w:t>Start the Ubuntu installer.</w:t>
      </w:r>
    </w:p>
    <w:p>
      <w:pPr>
        <w:pStyle w:val="ListNumber"/>
      </w:pPr>
      <w:r>
        <w:t>Use the normal/interactive installation.</w:t>
      </w:r>
    </w:p>
    <w:p>
      <w:pPr>
        <w:pStyle w:val="ListNumber"/>
      </w:pPr>
      <w:r>
        <w:t>Install third-party software if desired.</w:t>
      </w:r>
    </w:p>
    <w:p>
      <w:pPr>
        <w:pStyle w:val="ListNumber"/>
      </w:pPr>
      <w:r>
        <w:t>For a dedicated Ubuntu Hub, select Erase disk and install Ubuntu.</w:t>
      </w:r>
    </w:p>
    <w:p>
      <w:pPr>
        <w:pStyle w:val="ListNumber"/>
      </w:pPr>
      <w:r>
        <w:t>Carefully select the internal Surface Hub SSD, not the USB installer.</w:t>
      </w:r>
    </w:p>
    <w:p>
      <w:pPr>
        <w:pStyle w:val="ListNumber"/>
      </w:pPr>
      <w:r>
        <w:t>Complete user, timezone, and installation settings.</w:t>
      </w:r>
    </w:p>
    <w:p>
      <w:r>
        <w:t>When installation completes, if Ubuntu offers Continue Testing, choose it. This allows the EFI workaround to be applied before the first reboot.</w:t>
      </w:r>
    </w:p>
    <w:p>
      <w:pPr>
        <w:pStyle w:val="Heading1"/>
      </w:pPr>
      <w:r>
        <w:t>7. Identify and Mount the Installed EFI System Partition</w:t>
      </w:r>
    </w:p>
    <w:p>
      <w:r>
        <w:t>From the live Ubuntu environment, open Terminal and run:</w:t>
      </w:r>
    </w:p>
    <w:p>
      <w:pPr>
        <w:pStyle w:val="Code"/>
      </w:pPr>
      <w:r>
        <w:t>lsblk -f</w:t>
      </w:r>
    </w:p>
    <w:p>
      <w:r>
        <w:t>Identify the internal SSD and its small FAT32/vfat EFI System Partition. In the successful build this may appear as a SATA disk such as /dev/sda with an EFI partition such as /dev/sda1. Verify yours rather than assuming.</w:t>
      </w:r>
    </w:p>
    <w:p>
      <w:r>
        <w:t>Example, if the EFI partition is /dev/sda1:</w:t>
      </w:r>
    </w:p>
    <w:p>
      <w:pPr>
        <w:pStyle w:val="Code"/>
      </w:pPr>
      <w:r>
        <w:t>sudo mkdir -p /mnt/esp</w:t>
      </w:r>
    </w:p>
    <w:p>
      <w:pPr>
        <w:pStyle w:val="Code"/>
      </w:pPr>
      <w:r>
        <w:t>sudo mount /dev/sda1 /mnt/esp</w:t>
      </w:r>
    </w:p>
    <w:p>
      <w:pPr>
        <w:pStyle w:val="Code"/>
      </w:pPr>
      <w:r/>
    </w:p>
    <w:p>
      <w:pPr>
        <w:pStyle w:val="Code"/>
      </w:pPr>
      <w:r>
        <w:t>ls -l /mnt/esp/EFI</w:t>
      </w:r>
    </w:p>
    <w:p>
      <w:pPr>
        <w:pStyle w:val="Code"/>
      </w:pPr>
      <w:r>
        <w:t>ls -lh /mnt/esp/EFI/ubuntu/</w:t>
      </w:r>
    </w:p>
    <w:p>
      <w:r>
        <w:t>The Ubuntu EFI directory should contain files similar to:</w:t>
      </w:r>
    </w:p>
    <w:p>
      <w:pPr>
        <w:pStyle w:val="Code"/>
      </w:pPr>
      <w:r>
        <w:t>BOOTX64.CSV</w:t>
      </w:r>
    </w:p>
    <w:p>
      <w:pPr>
        <w:pStyle w:val="Code"/>
      </w:pPr>
      <w:r>
        <w:t>grub.cfg</w:t>
      </w:r>
    </w:p>
    <w:p>
      <w:pPr>
        <w:pStyle w:val="Code"/>
      </w:pPr>
      <w:r>
        <w:t>grubx64.efi</w:t>
      </w:r>
    </w:p>
    <w:p>
      <w:pPr>
        <w:pStyle w:val="Code"/>
      </w:pPr>
      <w:r>
        <w:t>mmx64.efi</w:t>
      </w:r>
    </w:p>
    <w:p>
      <w:pPr>
        <w:pStyle w:val="Code"/>
      </w:pPr>
      <w:r>
        <w:t>shimx64.efi</w:t>
      </w:r>
    </w:p>
    <w:p>
      <w:pPr>
        <w:pStyle w:val="Heading1"/>
      </w:pPr>
      <w:r>
        <w:t>8. Surface Hub EFI Workaround</w:t>
      </w:r>
    </w:p>
    <w:p>
      <w:r>
        <w:t>The Hub firmware successfully followed the Microsoft boot-manager path. Ubuntu's shim therefore needs to masquerade as Microsoft's boot manager, and the next-stage GRUB/MokManager files must be available in the same directory.</w:t>
      </w:r>
    </w:p>
    <w:p>
      <w:pPr>
        <w:pStyle w:val="Heading2"/>
      </w:pPr>
      <w:r>
        <w:t>8.1 Preserve the existing fallback loader</w:t>
      </w:r>
    </w:p>
    <w:p>
      <w:r>
        <w:t>If EFI/BOOT/BOOTX64.EFI already exists, preserve it before replacing it. In the successful build the original was retained as BOOTX64.EFI.bak.</w:t>
      </w:r>
    </w:p>
    <w:p>
      <w:pPr>
        <w:pStyle w:val="Code"/>
      </w:pPr>
      <w:r>
        <w:t>cd /mnt/esp/EFI/BOOT</w:t>
      </w:r>
    </w:p>
    <w:p>
      <w:pPr>
        <w:pStyle w:val="Code"/>
      </w:pPr>
      <w:r>
        <w:t>sudo cp BOOTX64.EFI BOOTX64.EFI.bak</w:t>
      </w:r>
    </w:p>
    <w:p>
      <w:pPr>
        <w:pStyle w:val="Heading2"/>
      </w:pPr>
      <w:r>
        <w:t>8.2 Put Ubuntu shim at the standard fallback path</w:t>
      </w:r>
    </w:p>
    <w:p>
      <w:pPr>
        <w:pStyle w:val="Code"/>
      </w:pPr>
      <w:r>
        <w:t>sudo cp /mnt/esp/EFI/ubuntu/shimx64.efi   /mnt/esp/EFI/BOOT/BOOTX64.EFI</w:t>
      </w:r>
    </w:p>
    <w:p>
      <w:pPr>
        <w:pStyle w:val="Heading2"/>
      </w:pPr>
      <w:r>
        <w:t>8.3 Create the Surface Hub Microsoft boot path</w:t>
      </w:r>
    </w:p>
    <w:p>
      <w:pPr>
        <w:pStyle w:val="Code"/>
      </w:pPr>
      <w:r>
        <w:t>sudo mkdir -p /mnt/esp/EFI/Microsoft/Boot</w:t>
      </w:r>
    </w:p>
    <w:p>
      <w:pPr>
        <w:pStyle w:val="Code"/>
      </w:pPr>
      <w:r/>
    </w:p>
    <w:p>
      <w:pPr>
        <w:pStyle w:val="Code"/>
      </w:pPr>
      <w:r>
        <w:t>sudo cp /mnt/esp/EFI/ubuntu/shimx64.efi   /mnt/esp/EFI/Microsoft/Boot/bootmgfw.efi</w:t>
      </w:r>
    </w:p>
    <w:p>
      <w:pPr>
        <w:pStyle w:val="Heading2"/>
      </w:pPr>
      <w:r>
        <w:t>8.4 Copy GRUB, MokManager, and GRUB configuration</w:t>
      </w:r>
    </w:p>
    <w:p>
      <w:r>
        <w:t>This step proved necessary. With only shim copied to bootmgfw.efi, the Hub successfully launched shim but shim failed with:</w:t>
      </w:r>
    </w:p>
    <w:p>
      <w:pPr>
        <w:pStyle w:val="Code"/>
      </w:pPr>
      <w:r>
        <w:t>Failed to open \EFI\MICROSOFT\BOOT\grubx64.efi - Not Found</w:t>
      </w:r>
    </w:p>
    <w:p>
      <w:pPr>
        <w:pStyle w:val="Code"/>
      </w:pPr>
      <w:r>
        <w:t>start_image() returned Not Found</w:t>
      </w:r>
    </w:p>
    <w:p>
      <w:r>
        <w:t>Copy the rest of the boot chain into the same Microsoft directory:</w:t>
      </w:r>
    </w:p>
    <w:p>
      <w:pPr>
        <w:pStyle w:val="Code"/>
      </w:pPr>
      <w:r>
        <w:t>sudo cp /mnt/esp/EFI/ubuntu/grubx64.efi   /mnt/esp/EFI/Microsoft/Boot/grubx64.efi</w:t>
      </w:r>
    </w:p>
    <w:p>
      <w:pPr>
        <w:pStyle w:val="Code"/>
      </w:pPr>
      <w:r/>
    </w:p>
    <w:p>
      <w:pPr>
        <w:pStyle w:val="Code"/>
      </w:pPr>
      <w:r>
        <w:t>sudo cp /mnt/esp/EFI/ubuntu/mmx64.efi   /mnt/esp/EFI/Microsoft/Boot/mmx64.efi</w:t>
      </w:r>
    </w:p>
    <w:p>
      <w:pPr>
        <w:pStyle w:val="Code"/>
      </w:pPr>
      <w:r/>
    </w:p>
    <w:p>
      <w:pPr>
        <w:pStyle w:val="Code"/>
      </w:pPr>
      <w:r>
        <w:t>sudo cp /mnt/esp/EFI/ubuntu/grub.cfg   /mnt/esp/EFI/Microsoft/Boot/grub.cfg</w:t>
      </w:r>
    </w:p>
    <w:p>
      <w:pPr>
        <w:pStyle w:val="Heading1"/>
      </w:pPr>
      <w:r>
        <w:t>9. Verify the EFI Layout</w:t>
      </w:r>
    </w:p>
    <w:p>
      <w:r>
        <w:t>The resulting EFI structure should look approximately like:</w:t>
      </w:r>
    </w:p>
    <w:p>
      <w:pPr>
        <w:pStyle w:val="Code"/>
      </w:pPr>
      <w:r>
        <w:t>EFI/</w:t>
      </w:r>
    </w:p>
    <w:p>
      <w:pPr>
        <w:pStyle w:val="Code"/>
      </w:pPr>
      <w:r>
        <w:t>├── BOOT/</w:t>
      </w:r>
    </w:p>
    <w:p>
      <w:pPr>
        <w:pStyle w:val="Code"/>
      </w:pPr>
      <w:r>
        <w:t>│   ├── BOOTX64.EFI          &lt;- copy of Ubuntu shimx64.efi</w:t>
      </w:r>
    </w:p>
    <w:p>
      <w:pPr>
        <w:pStyle w:val="Code"/>
      </w:pPr>
      <w:r>
        <w:t>│   ├── BOOTX64.EFI.bak      &lt;- preserved original</w:t>
      </w:r>
    </w:p>
    <w:p>
      <w:pPr>
        <w:pStyle w:val="Code"/>
      </w:pPr>
      <w:r>
        <w:t>│   ├── fbx64.efi</w:t>
      </w:r>
    </w:p>
    <w:p>
      <w:pPr>
        <w:pStyle w:val="Code"/>
      </w:pPr>
      <w:r>
        <w:t>│   └── mmx64.efi</w:t>
      </w:r>
    </w:p>
    <w:p>
      <w:pPr>
        <w:pStyle w:val="Code"/>
      </w:pPr>
      <w:r>
        <w:t>│</w:t>
      </w:r>
    </w:p>
    <w:p>
      <w:pPr>
        <w:pStyle w:val="Code"/>
      </w:pPr>
      <w:r>
        <w:t>├── Microsoft/</w:t>
      </w:r>
    </w:p>
    <w:p>
      <w:pPr>
        <w:pStyle w:val="Code"/>
      </w:pPr>
      <w:r>
        <w:t>│   └── Boot/</w:t>
      </w:r>
    </w:p>
    <w:p>
      <w:pPr>
        <w:pStyle w:val="Code"/>
      </w:pPr>
      <w:r>
        <w:t>│       ├── bootmgfw.efi      &lt;- copy of Ubuntu shimx64.efi</w:t>
      </w:r>
    </w:p>
    <w:p>
      <w:pPr>
        <w:pStyle w:val="Code"/>
      </w:pPr>
      <w:r>
        <w:t>│       ├── grubx64.efi</w:t>
      </w:r>
    </w:p>
    <w:p>
      <w:pPr>
        <w:pStyle w:val="Code"/>
      </w:pPr>
      <w:r>
        <w:t>│       ├── mmx64.efi</w:t>
      </w:r>
    </w:p>
    <w:p>
      <w:pPr>
        <w:pStyle w:val="Code"/>
      </w:pPr>
      <w:r>
        <w:t>│       └── grub.cfg</w:t>
      </w:r>
    </w:p>
    <w:p>
      <w:pPr>
        <w:pStyle w:val="Code"/>
      </w:pPr>
      <w:r>
        <w:t>│</w:t>
      </w:r>
    </w:p>
    <w:p>
      <w:pPr>
        <w:pStyle w:val="Code"/>
      </w:pPr>
      <w:r>
        <w:t>└── ubuntu/</w:t>
      </w:r>
    </w:p>
    <w:p>
      <w:pPr>
        <w:pStyle w:val="Code"/>
      </w:pPr>
      <w:r>
        <w:t xml:space="preserve">    ├── BOOTX64.CSV</w:t>
      </w:r>
    </w:p>
    <w:p>
      <w:pPr>
        <w:pStyle w:val="Code"/>
      </w:pPr>
      <w:r>
        <w:t xml:space="preserve">    ├── grub.cfg</w:t>
      </w:r>
    </w:p>
    <w:p>
      <w:pPr>
        <w:pStyle w:val="Code"/>
      </w:pPr>
      <w:r>
        <w:t xml:space="preserve">    ├── grubx64.efi</w:t>
      </w:r>
    </w:p>
    <w:p>
      <w:pPr>
        <w:pStyle w:val="Code"/>
      </w:pPr>
      <w:r>
        <w:t xml:space="preserve">    ├── mmx64.efi</w:t>
      </w:r>
    </w:p>
    <w:p>
      <w:pPr>
        <w:pStyle w:val="Code"/>
      </w:pPr>
      <w:r>
        <w:t xml:space="preserve">    └── shimx64.efi</w:t>
      </w:r>
    </w:p>
    <w:p>
      <w:pPr>
        <w:pStyle w:val="Heading1"/>
      </w:pPr>
      <w:r>
        <w:t>10. Verify shim Copies</w:t>
      </w:r>
    </w:p>
    <w:p>
      <w:pPr>
        <w:pStyle w:val="Code"/>
      </w:pPr>
      <w:r>
        <w:t>sha256sum   /mnt/esp/EFI/ubuntu/shimx64.efi   /mnt/esp/EFI/BOOT/BOOTX64.EFI   /mnt/esp/EFI/Microsoft/Boot/bootmgfw.efi</w:t>
      </w:r>
    </w:p>
    <w:p>
      <w:r>
        <w:t>The three SHA-256 hashes should be identical. In the successful Ubuntu 24.04.4 build, all three files were 945 KB and had the same hash.</w:t>
      </w:r>
    </w:p>
    <w:p>
      <w:pPr>
        <w:pStyle w:val="Heading1"/>
      </w:pPr>
      <w:r>
        <w:t>11. Flush Changes and First Native Boot</w:t>
      </w:r>
    </w:p>
    <w:p>
      <w:pPr>
        <w:pStyle w:val="Code"/>
      </w:pPr>
      <w:r>
        <w:t>sync</w:t>
      </w:r>
    </w:p>
    <w:p>
      <w:pPr>
        <w:pStyle w:val="Code"/>
      </w:pPr>
      <w:r>
        <w:t>cd ~</w:t>
      </w:r>
    </w:p>
    <w:p>
      <w:pPr>
        <w:pStyle w:val="Code"/>
      </w:pPr>
      <w:r>
        <w:t>sudo umount /mnt/esp</w:t>
      </w:r>
    </w:p>
    <w:p>
      <w:pPr>
        <w:pStyle w:val="Code"/>
      </w:pPr>
      <w:r>
        <w:t>sudo poweroff</w:t>
      </w:r>
    </w:p>
    <w:p>
      <w:pPr>
        <w:pStyle w:val="ListNumber"/>
      </w:pPr>
      <w:r>
        <w:t>Wait until the Hub is completely powered off.</w:t>
      </w:r>
    </w:p>
    <w:p>
      <w:pPr>
        <w:pStyle w:val="ListNumber"/>
      </w:pPr>
      <w:r>
        <w:t>Remove the Ubuntu installer USB.</w:t>
      </w:r>
    </w:p>
    <w:p>
      <w:pPr>
        <w:pStyle w:val="ListNumber"/>
      </w:pPr>
      <w:r>
        <w:t>Leave the keyboard attached.</w:t>
      </w:r>
    </w:p>
    <w:p>
      <w:pPr>
        <w:pStyle w:val="ListNumber"/>
      </w:pPr>
      <w:r>
        <w:t>Power the Surface Hub on normally.</w:t>
      </w:r>
    </w:p>
    <w:p>
      <w:pPr>
        <w:pStyle w:val="ListNumber"/>
      </w:pPr>
      <w:r>
        <w:t>Do not hold Volume Down.</w:t>
      </w:r>
    </w:p>
    <w:p>
      <w:pPr>
        <w:pStyle w:val="Heading1"/>
      </w:pPr>
      <w:r>
        <w:t>12. Successful Boot Chain</w:t>
      </w:r>
    </w:p>
    <w:p>
      <w:pPr>
        <w:pStyle w:val="Code"/>
      </w:pPr>
      <w:r>
        <w:t>Surface Hub UEFI</w:t>
      </w:r>
    </w:p>
    <w:p>
      <w:pPr>
        <w:pStyle w:val="Code"/>
      </w:pPr>
      <w:r>
        <w:t xml:space="preserve">        |</w:t>
      </w:r>
    </w:p>
    <w:p>
      <w:pPr>
        <w:pStyle w:val="Code"/>
      </w:pPr>
      <w:r>
        <w:t xml:space="preserve">        v</w:t>
      </w:r>
    </w:p>
    <w:p>
      <w:pPr>
        <w:pStyle w:val="Code"/>
      </w:pPr>
      <w:r>
        <w:t>\EFI\Microsoft\Boot\bootmgfw.efi</w:t>
      </w:r>
    </w:p>
    <w:p>
      <w:pPr>
        <w:pStyle w:val="Code"/>
      </w:pPr>
      <w:r>
        <w:t xml:space="preserve">        |</w:t>
      </w:r>
    </w:p>
    <w:p>
      <w:pPr>
        <w:pStyle w:val="Code"/>
      </w:pPr>
      <w:r>
        <w:t xml:space="preserve">        |  (actually Canonical shimx64.efi)</w:t>
      </w:r>
    </w:p>
    <w:p>
      <w:pPr>
        <w:pStyle w:val="Code"/>
      </w:pPr>
      <w:r>
        <w:t xml:space="preserve">        v</w:t>
      </w:r>
    </w:p>
    <w:p>
      <w:pPr>
        <w:pStyle w:val="Code"/>
      </w:pPr>
      <w:r>
        <w:t>\EFI\Microsoft\Boot\grubx64.efi</w:t>
      </w:r>
    </w:p>
    <w:p>
      <w:pPr>
        <w:pStyle w:val="Code"/>
      </w:pPr>
      <w:r>
        <w:t xml:space="preserve">        |</w:t>
      </w:r>
    </w:p>
    <w:p>
      <w:pPr>
        <w:pStyle w:val="Code"/>
      </w:pPr>
      <w:r>
        <w:t xml:space="preserve">        v</w:t>
      </w:r>
    </w:p>
    <w:p>
      <w:pPr>
        <w:pStyle w:val="Code"/>
      </w:pPr>
      <w:r>
        <w:t>GRUB</w:t>
      </w:r>
    </w:p>
    <w:p>
      <w:pPr>
        <w:pStyle w:val="Code"/>
      </w:pPr>
      <w:r>
        <w:t xml:space="preserve">        |</w:t>
      </w:r>
    </w:p>
    <w:p>
      <w:pPr>
        <w:pStyle w:val="Code"/>
      </w:pPr>
      <w:r>
        <w:t xml:space="preserve">        v</w:t>
      </w:r>
    </w:p>
    <w:p>
      <w:pPr>
        <w:pStyle w:val="Code"/>
      </w:pPr>
      <w:r>
        <w:t>Ubuntu 24.04 LTS</w:t>
      </w:r>
    </w:p>
    <w:p>
      <w:pPr>
        <w:pStyle w:val="Heading1"/>
      </w:pPr>
      <w:r>
        <w:t>13. Post-Install Verification</w:t>
      </w:r>
    </w:p>
    <w:p>
      <w:r>
        <w:t>After Ubuntu starts from the internal SSD, check Secure Boot:</w:t>
      </w:r>
    </w:p>
    <w:p>
      <w:pPr>
        <w:pStyle w:val="Code"/>
      </w:pPr>
      <w:r>
        <w:t>mokutil --sb-state</w:t>
      </w:r>
    </w:p>
    <w:p>
      <w:r>
        <w:t>Inspect UEFI boot information:</w:t>
      </w:r>
    </w:p>
    <w:p>
      <w:pPr>
        <w:pStyle w:val="Code"/>
      </w:pPr>
      <w:r>
        <w:t>sudo efibootmgr -v</w:t>
      </w:r>
    </w:p>
    <w:p>
      <w:r>
        <w:t>Verify the repaired Surface Hub serial number:</w:t>
      </w:r>
    </w:p>
    <w:p>
      <w:pPr>
        <w:pStyle w:val="Code"/>
      </w:pPr>
      <w:r>
        <w:t>sudo dmidecode -s system-serial-number</w:t>
      </w:r>
    </w:p>
    <w:p>
      <w:pPr>
        <w:pStyle w:val="Heading1"/>
      </w:pPr>
      <w:r>
        <w:t>14. Recovery if the Boot Files Are Damaged</w:t>
      </w:r>
    </w:p>
    <w:p>
      <w:r>
        <w:t>The EFI changes are files on the SSD, not permanent firmware modifications. If Ubuntu stops booting, boot the Ubuntu USB again with Volume Down + Power, choose Try Ubuntu, mount the EFI partition, and repair or restore the files.</w:t>
      </w:r>
    </w:p>
    <w:p>
      <w:r>
        <w:t>To restore the preserved fallback loader, if needed:</w:t>
      </w:r>
    </w:p>
    <w:p>
      <w:pPr>
        <w:pStyle w:val="Code"/>
      </w:pPr>
      <w:r>
        <w:t>sudo cp /mnt/esp/EFI/BOOT/BOOTX64.EFI.bak   /mnt/esp/EFI/BOOT/BOOTX64.EFI</w:t>
      </w:r>
    </w:p>
    <w:p>
      <w:pPr>
        <w:pStyle w:val="Heading1"/>
      </w:pPr>
      <w:r>
        <w:t>15. Key Lesson from the Successful Build</w:t>
      </w:r>
    </w:p>
    <w:p>
      <w:r>
        <w:t>Copying only shimx64.efi to EFI/Microsoft/Boot/bootmgfw.efi was not sufficient. The resulting error proved that the Surface Hub firmware had successfully launched shim, but shim then searched for grubx64.efi in EFI/Microsoft/Boot. Copying grubx64.efi, mmx64.efi, and grub.cfg alongside bootmgfw.efi completed the boot chain and Ubuntu successfully started.</w:t>
      </w:r>
    </w:p>
    <w:p/>
    <w:p>
      <w:pPr>
        <w:jc w:val="center"/>
      </w:pPr>
      <w:r>
        <w:rPr>
          <w:b/>
        </w:rPr>
        <w:t>Build result: SUCCESSFUL — Surface Hub v1 booting Ubuntu 24.04 LTS standalone.</w:t>
      </w:r>
    </w:p>
    <w:p>
      <w:pPr>
        <w:pStyle w:val="Heading1"/>
      </w:pPr>
      <w:r>
        <w:t>16. Updating Ubuntu Safely</w:t>
      </w:r>
    </w:p>
    <w:p>
      <w:r>
        <w:t>Ubuntu 24.04 LTS can be updated normally. The important Surface Hub-specific consideration is that Ubuntu package updates may replace shimx64.efi, grubx64.efi, mmx64.efi, or grub.cfg under /boot/efi/EFI/ubuntu, while the custom copies under /boot/efi/EFI/Microsoft/Boot may remain unchanged. Because the Surface Hub boots through the Microsoft path, keep those copies synchronized before rebooting after bootloader-related updates.</w:t>
      </w:r>
    </w:p>
    <w:p>
      <w:pPr>
        <w:pStyle w:val="Heading2"/>
      </w:pPr>
      <w:r>
        <w:t>16.1 Install normal Ubuntu updates</w:t>
      </w:r>
    </w:p>
    <w:p>
      <w:pPr>
        <w:pStyle w:val="Code"/>
      </w:pPr>
      <w:r>
        <w:t>sudo apt update</w:t>
      </w:r>
    </w:p>
    <w:p>
      <w:pPr>
        <w:pStyle w:val="Code"/>
      </w:pPr>
      <w:r>
        <w:t>sudo apt full-upgrade</w:t>
      </w:r>
    </w:p>
    <w:p>
      <w:pPr>
        <w:pStyle w:val="Code"/>
      </w:pPr>
      <w:r/>
    </w:p>
    <w:p>
      <w:pPr>
        <w:pStyle w:val="Code"/>
      </w:pPr>
      <w:r>
        <w:t>test -f /var/run/reboot-required &amp;&amp; cat /var/run/reboot-required</w:t>
      </w:r>
    </w:p>
    <w:p>
      <w:pPr>
        <w:pStyle w:val="Heading2"/>
      </w:pPr>
      <w:r>
        <w:t>16.2 Check whether shim changed</w:t>
      </w:r>
    </w:p>
    <w:p>
      <w:r>
        <w:t>Before rebooting after an update, compare Ubuntu's current shim with the Surface Hub boot-manager copy:</w:t>
      </w:r>
    </w:p>
    <w:p>
      <w:pPr>
        <w:pStyle w:val="Code"/>
      </w:pPr>
      <w:r>
        <w:t>sha256sum \</w:t>
      </w:r>
    </w:p>
    <w:p>
      <w:pPr>
        <w:pStyle w:val="Code"/>
      </w:pPr>
      <w:r>
        <w:t xml:space="preserve">  /boot/efi/EFI/ubuntu/shimx64.efi \</w:t>
      </w:r>
    </w:p>
    <w:p>
      <w:pPr>
        <w:pStyle w:val="Code"/>
      </w:pPr>
      <w:r>
        <w:t xml:space="preserve">  /boot/efi/EFI/Microsoft/Boot/bootmgfw.efi</w:t>
      </w:r>
    </w:p>
    <w:p>
      <w:r>
        <w:t>If the hashes differ, or if GRUB/shim packages were updated, refresh the Surface Hub boot-path copies:</w:t>
      </w:r>
    </w:p>
    <w:p>
      <w:pPr>
        <w:pStyle w:val="Code"/>
      </w:pPr>
      <w:r>
        <w:t>sudo cp /boot/efi/EFI/ubuntu/shimx64.efi \</w:t>
      </w:r>
    </w:p>
    <w:p>
      <w:pPr>
        <w:pStyle w:val="Code"/>
      </w:pPr>
      <w:r>
        <w:t xml:space="preserve">  /boot/efi/EFI/Microsoft/Boot/bootmgfw.efi</w:t>
      </w:r>
    </w:p>
    <w:p>
      <w:pPr>
        <w:pStyle w:val="Code"/>
      </w:pPr>
      <w:r/>
    </w:p>
    <w:p>
      <w:pPr>
        <w:pStyle w:val="Code"/>
      </w:pPr>
      <w:r>
        <w:t>sudo cp /boot/efi/EFI/ubuntu/grubx64.efi \</w:t>
      </w:r>
    </w:p>
    <w:p>
      <w:pPr>
        <w:pStyle w:val="Code"/>
      </w:pPr>
      <w:r>
        <w:t xml:space="preserve">  /boot/efi/EFI/Microsoft/Boot/grubx64.efi</w:t>
      </w:r>
    </w:p>
    <w:p>
      <w:pPr>
        <w:pStyle w:val="Code"/>
      </w:pPr>
      <w:r/>
    </w:p>
    <w:p>
      <w:pPr>
        <w:pStyle w:val="Code"/>
      </w:pPr>
      <w:r>
        <w:t>sudo cp /boot/efi/EFI/ubuntu/mmx64.efi \</w:t>
      </w:r>
    </w:p>
    <w:p>
      <w:pPr>
        <w:pStyle w:val="Code"/>
      </w:pPr>
      <w:r>
        <w:t xml:space="preserve">  /boot/efi/EFI/Microsoft/Boot/mmx64.efi</w:t>
      </w:r>
    </w:p>
    <w:p>
      <w:pPr>
        <w:pStyle w:val="Code"/>
      </w:pPr>
      <w:r/>
    </w:p>
    <w:p>
      <w:pPr>
        <w:pStyle w:val="Code"/>
      </w:pPr>
      <w:r>
        <w:t>sudo cp /boot/efi/EFI/ubuntu/grub.cfg \</w:t>
      </w:r>
    </w:p>
    <w:p>
      <w:pPr>
        <w:pStyle w:val="Code"/>
      </w:pPr>
      <w:r>
        <w:t xml:space="preserve">  /boot/efi/EFI/Microsoft/Boot/grub.cfg</w:t>
      </w:r>
    </w:p>
    <w:p>
      <w:pPr>
        <w:pStyle w:val="Heading2"/>
      </w:pPr>
      <w:r>
        <w:t>16.3 Keep the fallback loader synchronized</w:t>
      </w:r>
    </w:p>
    <w:p>
      <w:pPr>
        <w:pStyle w:val="Code"/>
      </w:pPr>
      <w:r>
        <w:t>sudo cp /boot/efi/EFI/ubuntu/shimx64.efi \</w:t>
      </w:r>
    </w:p>
    <w:p>
      <w:pPr>
        <w:pStyle w:val="Code"/>
      </w:pPr>
      <w:r>
        <w:t xml:space="preserve">  /boot/efi/EFI/BOOT/BOOTX64.EFI</w:t>
      </w:r>
    </w:p>
    <w:p>
      <w:pPr>
        <w:pStyle w:val="Code"/>
      </w:pPr>
      <w:r/>
    </w:p>
    <w:p>
      <w:pPr>
        <w:pStyle w:val="Code"/>
      </w:pPr>
      <w:r>
        <w:t>sync</w:t>
      </w:r>
    </w:p>
    <w:p>
      <w:pPr>
        <w:pStyle w:val="Heading2"/>
      </w:pPr>
      <w:r>
        <w:t>16.4 Reboot</w:t>
      </w:r>
    </w:p>
    <w:p>
      <w:pPr>
        <w:pStyle w:val="Code"/>
      </w:pPr>
      <w:r>
        <w:t>sudo reboot</w:t>
      </w:r>
    </w:p>
    <w:p>
      <w:pPr>
        <w:pStyle w:val="Heading2"/>
      </w:pPr>
      <w:r>
        <w:t>16.5 Recommended update policy</w:t>
      </w:r>
    </w:p>
    <w:p>
      <w:pPr>
        <w:pStyle w:val="ListBullet"/>
      </w:pPr>
      <w:r>
        <w:t>Ubuntu 24.04.x point releases, security updates, normal package updates, and kernel updates: recommended.</w:t>
      </w:r>
    </w:p>
    <w:p>
      <w:pPr>
        <w:pStyle w:val="ListBullet"/>
      </w:pPr>
      <w:r>
        <w:t>GRUB/shim updates: supported, but synchronize the custom EFI copies before rebooting.</w:t>
      </w:r>
    </w:p>
    <w:p>
      <w:pPr>
        <w:pStyle w:val="ListBullet"/>
      </w:pPr>
      <w:r>
        <w:t>Major Ubuntu release upgrades: wait until the Surface Hub hardware and boot configuration are known to be stable, then make a recovery backup before attempting the upgrade.</w:t>
      </w:r>
    </w:p>
    <w:p>
      <w:r>
        <w:t>If an update leaves the Hub unable to boot, use the Ubuntu installer USB (Volume Down + Power), choose Try Ubuntu, mount the internal EFI System Partition, and restore/synchronize the EFI files using the recovery procedure earlier in this guide.</w:t>
      </w:r>
    </w:p>
    <w:p>
      <w:pPr>
        <w:pStyle w:val="Heading1"/>
      </w:pPr>
      <w:r>
        <w:t>17. Pre-Reboot EFI Health Check After Updates</w:t>
      </w:r>
    </w:p>
    <w:p>
      <w:r>
        <w:t>After Ubuntu updates, verify all four files used by the Surface Hub boot workaround before rebooting. Use single-line commands to avoid shell line-continuation/copy-and-paste problems.</w:t>
      </w:r>
    </w:p>
    <w:p>
      <w:pPr>
        <w:pStyle w:val="Code"/>
      </w:pPr>
      <w:r>
        <w:t>sudo sha256sum /boot/efi/EFI/ubuntu/shimx64.efi /boot/efi/EFI/Microsoft/Boot/bootmgfw.efi</w:t>
      </w:r>
    </w:p>
    <w:p>
      <w:pPr>
        <w:pStyle w:val="Code"/>
      </w:pPr>
      <w:r>
        <w:t>sudo sha256sum /boot/efi/EFI/ubuntu/grubx64.efi /boot/efi/EFI/Microsoft/Boot/grubx64.efi</w:t>
      </w:r>
    </w:p>
    <w:p>
      <w:pPr>
        <w:pStyle w:val="Code"/>
      </w:pPr>
      <w:r>
        <w:t>sudo sha256sum /boot/efi/EFI/ubuntu/mmx64.efi /boot/efi/EFI/Microsoft/Boot/mmx64.efi</w:t>
      </w:r>
    </w:p>
    <w:p>
      <w:pPr>
        <w:pStyle w:val="Code"/>
      </w:pPr>
      <w:r>
        <w:t>sudo sha256sum /boot/efi/EFI/ubuntu/grub.cfg /boot/efi/EFI/Microsoft/Boot/grub.cfg</w:t>
      </w:r>
    </w:p>
    <w:p>
      <w:r>
        <w:t>For each command, the two SHA-256 hashes must match. If all four pairs match, the custom Microsoft-path boot chain is synchronized and no EFI files need to be copied before rebooting.</w:t>
      </w:r>
    </w:p>
    <w:p>
      <w:r>
        <w:t>Successful validation from this build:</w:t>
      </w:r>
    </w:p>
    <w:p>
      <w:pPr>
        <w:pStyle w:val="ListBullet"/>
      </w:pPr>
      <w:r>
        <w:t>shimx64.efi ↔ bootmgfw.efi: MATCH</w:t>
      </w:r>
    </w:p>
    <w:p>
      <w:pPr>
        <w:pStyle w:val="ListBullet"/>
      </w:pPr>
      <w:r>
        <w:t>grubx64.efi ↔ Microsoft/Boot/grubx64.efi: MATCH</w:t>
      </w:r>
    </w:p>
    <w:p>
      <w:pPr>
        <w:pStyle w:val="ListBullet"/>
      </w:pPr>
      <w:r>
        <w:t>mmx64.efi ↔ Microsoft/Boot/mmx64.efi: MATCH</w:t>
      </w:r>
    </w:p>
    <w:p>
      <w:pPr>
        <w:pStyle w:val="ListBullet"/>
      </w:pPr>
      <w:r>
        <w:t>grub.cfg ↔ Microsoft/Boot/grub.cfg: MATCH</w:t>
      </w:r>
    </w:p>
    <w:p>
      <w:pPr>
        <w:pStyle w:val="Heading2"/>
      </w:pPr>
      <w:r>
        <w:t>17.1 If a pair does not match</w:t>
      </w:r>
    </w:p>
    <w:p>
      <w:r>
        <w:t>Copy the current file from EFI/ubuntu to its corresponding Surface Hub boot-path location, run sync, then repeat the hash check before rebooting.</w:t>
      </w:r>
    </w:p>
    <w:p>
      <w:pPr>
        <w:pStyle w:val="Code"/>
      </w:pPr>
      <w:r>
        <w:t>sudo cp /boot/efi/EFI/ubuntu/shimx64.efi /boot/efi/EFI/Microsoft/Boot/bootmgfw.efi</w:t>
      </w:r>
    </w:p>
    <w:p>
      <w:pPr>
        <w:pStyle w:val="Code"/>
      </w:pPr>
      <w:r>
        <w:t>sudo cp /boot/efi/EFI/ubuntu/grubx64.efi /boot/efi/EFI/Microsoft/Boot/grubx64.efi</w:t>
      </w:r>
    </w:p>
    <w:p>
      <w:pPr>
        <w:pStyle w:val="Code"/>
      </w:pPr>
      <w:r>
        <w:t>sudo cp /boot/efi/EFI/ubuntu/mmx64.efi /boot/efi/EFI/Microsoft/Boot/mmx64.efi</w:t>
      </w:r>
    </w:p>
    <w:p>
      <w:pPr>
        <w:pStyle w:val="Code"/>
      </w:pPr>
      <w:r>
        <w:t>sudo cp /boot/efi/EFI/ubuntu/grub.cfg /boot/efi/EFI/Microsoft/Boot/grub.cfg</w:t>
      </w:r>
    </w:p>
    <w:p>
      <w:pPr>
        <w:pStyle w:val="Code"/>
      </w:pPr>
      <w:r>
        <w:t>sudo cp /boot/efi/EFI/ubuntu/shimx64.efi /boot/efi/EFI/BOOT/BOOTX64.EFI</w:t>
      </w:r>
    </w:p>
    <w:p>
      <w:pPr>
        <w:pStyle w:val="Code"/>
      </w:pPr>
      <w:r>
        <w:t>sync</w:t>
      </w:r>
    </w:p>
    <w:p>
      <w:pPr>
        <w:pStyle w:val="Heading2"/>
      </w:pPr>
      <w:r>
        <w:t>17.2 Shell copy/paste note</w:t>
      </w:r>
    </w:p>
    <w:p>
      <w:r>
        <w:t>If a multi-line command uses a trailing backslash, the backslash must be immediately followed by the newline. A blank line after the backslash ends the command and can cause Bash to try to execute an .efi file, producing 'cannot execute binary file: Exec format error'. This does not damage the EFI file. The single-line hash commands above avoid this issue.</w:t>
      </w:r>
    </w:p>
    <w:p>
      <w:pPr>
        <w:pStyle w:val="Heading2"/>
      </w:pPr>
      <w:r>
        <w:t>17.3 Reboot when all checks pass</w:t>
      </w:r>
    </w:p>
    <w:p>
      <w:pPr>
        <w:pStyle w:val="Code"/>
      </w:pPr>
      <w:r>
        <w:t>sudo reboot</w:t>
      </w:r>
    </w:p>
    <w:p>
      <w:r>
        <w:br w:type="page"/>
      </w:r>
    </w:p>
    <w:p>
      <w:pPr>
        <w:pStyle w:val="Heading1"/>
      </w:pPr>
      <w:r>
        <w:t>18. Automated EFI Verification and Remediation Script</w:t>
      </w:r>
    </w:p>
    <w:p>
      <w:r>
        <w:t>The following script automates the pre-reboot EFI health check. By default it performs verification only. When run with --fix, it repairs any missing or out-of-sync Surface Hub boot-path copies, creates timestamped backups of existing destination files before overwriting them, runs sync, and performs a second verification. The script also verifies the EFI/BOOT/BOOTX64.EFI fallback copy.</w:t>
      </w:r>
    </w:p>
    <w:p>
      <w:pPr>
        <w:pStyle w:val="Heading2"/>
      </w:pPr>
      <w:r>
        <w:t>18.1 Recommended installation</w:t>
      </w:r>
    </w:p>
    <w:p>
      <w:r>
        <w:t>Save the script as surfacehub-efi-check.sh, then install it system-wide:</w:t>
      </w:r>
    </w:p>
    <w:p>
      <w:pPr>
        <w:pStyle w:val="Code"/>
      </w:pPr>
      <w:r>
        <w:t>chmod +x surfacehub-efi-check.sh</w:t>
      </w:r>
    </w:p>
    <w:p>
      <w:pPr>
        <w:pStyle w:val="Code"/>
      </w:pPr>
      <w:r>
        <w:t>sudo cp surfacehub-efi-check.sh /usr/local/sbin/surfacehub-efi-check</w:t>
      </w:r>
    </w:p>
    <w:p>
      <w:pPr>
        <w:pStyle w:val="Heading2"/>
      </w:pPr>
      <w:r>
        <w:t>18.2 Verify only</w:t>
      </w:r>
    </w:p>
    <w:p>
      <w:r>
        <w:t>Run this after Ubuntu updates and before rebooting:</w:t>
      </w:r>
    </w:p>
    <w:p>
      <w:pPr>
        <w:pStyle w:val="Code"/>
      </w:pPr>
      <w:r>
        <w:t>sudo surfacehub-efi-check</w:t>
      </w:r>
    </w:p>
    <w:p>
      <w:r>
        <w:t>If all files match, the script reports SUCCESS and no remediation is required. If any file is different or missing, the script reports it as OUT and exits without changing anything.</w:t>
      </w:r>
    </w:p>
    <w:p>
      <w:pPr>
        <w:pStyle w:val="Heading2"/>
      </w:pPr>
      <w:r>
        <w:t>18.3 Verify and remediate</w:t>
      </w:r>
    </w:p>
    <w:p>
      <w:r>
        <w:t>If verification reports an out-of-sync file, run:</w:t>
      </w:r>
    </w:p>
    <w:p>
      <w:pPr>
        <w:pStyle w:val="Code"/>
      </w:pPr>
      <w:r>
        <w:t>sudo surfacehub-efi-check --fix</w:t>
      </w:r>
    </w:p>
    <w:p>
      <w:r>
        <w:t>For each differing destination, the script first creates a timestamped .bak.YYYYMMDD-HHMMSS copy, then copies the current Ubuntu EFI file into the Surface Hub boot path. After all repairs it calls sync and re-checks every pair. It reports that it is safe to reboot only if the second verification succeeds.</w:t>
      </w:r>
    </w:p>
    <w:p>
      <w:pPr>
        <w:pStyle w:val="Heading2"/>
      </w:pPr>
      <w:r>
        <w:t>18.4 Files checked</w:t>
      </w:r>
    </w:p>
    <w:p>
      <w:pPr>
        <w:pStyle w:val="ListBullet"/>
      </w:pPr>
      <w:r>
        <w:t>EFI/ubuntu/shimx64.efi -&gt; EFI/Microsoft/Boot/bootmgfw.efi</w:t>
      </w:r>
    </w:p>
    <w:p>
      <w:pPr>
        <w:pStyle w:val="ListBullet"/>
      </w:pPr>
      <w:r>
        <w:t>EFI/ubuntu/grubx64.efi -&gt; EFI/Microsoft/Boot/grubx64.efi</w:t>
      </w:r>
    </w:p>
    <w:p>
      <w:pPr>
        <w:pStyle w:val="ListBullet"/>
      </w:pPr>
      <w:r>
        <w:t>EFI/ubuntu/mmx64.efi -&gt; EFI/Microsoft/Boot/mmx64.efi</w:t>
      </w:r>
    </w:p>
    <w:p>
      <w:pPr>
        <w:pStyle w:val="ListBullet"/>
      </w:pPr>
      <w:r>
        <w:t>EFI/ubuntu/grub.cfg -&gt; EFI/Microsoft/Boot/grub.cfg</w:t>
      </w:r>
    </w:p>
    <w:p>
      <w:pPr>
        <w:pStyle w:val="ListBullet"/>
      </w:pPr>
      <w:r>
        <w:t>EFI/ubuntu/shimx64.efi -&gt; EFI/BOOT/BOOTX64.EFI</w:t>
      </w:r>
    </w:p>
    <w:p>
      <w:pPr>
        <w:pStyle w:val="Heading2"/>
      </w:pPr>
      <w:r>
        <w:t>18.5 Full script</w:t>
      </w:r>
    </w:p>
    <w:p>
      <w:pPr>
        <w:pStyle w:val="Code"/>
        <w:spacing w:after="0"/>
      </w:pPr>
      <w:r>
        <w:t>#!/usr/bin/env bash</w:t>
      </w:r>
    </w:p>
    <w:p>
      <w:pPr>
        <w:pStyle w:val="Code"/>
        <w:spacing w:after="0"/>
      </w:pPr>
      <w:r>
        <w:t>set -euo pipefail</w:t>
      </w:r>
    </w:p>
    <w:p>
      <w:pPr>
        <w:pStyle w:val="Code"/>
        <w:spacing w:after="0"/>
      </w:pPr>
      <w:r>
        <w:t xml:space="preserve"> </w:t>
      </w:r>
    </w:p>
    <w:p>
      <w:pPr>
        <w:pStyle w:val="Code"/>
        <w:spacing w:after="0"/>
      </w:pPr>
      <w:r>
        <w:t>ESP="/boot/efi"</w:t>
      </w:r>
    </w:p>
    <w:p>
      <w:pPr>
        <w:pStyle w:val="Code"/>
        <w:spacing w:after="0"/>
      </w:pPr>
      <w:r>
        <w:t>FIX=0</w:t>
      </w:r>
    </w:p>
    <w:p>
      <w:pPr>
        <w:pStyle w:val="Code"/>
        <w:spacing w:after="0"/>
      </w:pPr>
      <w:r>
        <w:t xml:space="preserve"> </w:t>
      </w:r>
    </w:p>
    <w:p>
      <w:pPr>
        <w:pStyle w:val="Code"/>
        <w:spacing w:after="0"/>
      </w:pPr>
      <w:r>
        <w:t>usage() {</w:t>
      </w:r>
    </w:p>
    <w:p>
      <w:pPr>
        <w:pStyle w:val="Code"/>
        <w:spacing w:after="0"/>
      </w:pPr>
      <w:r>
        <w:t xml:space="preserve">  cat &lt;&lt;'USAGE'</w:t>
      </w:r>
    </w:p>
    <w:p>
      <w:pPr>
        <w:pStyle w:val="Code"/>
        <w:spacing w:after="0"/>
      </w:pPr>
      <w:r>
        <w:t>Surface Hub v1 Ubuntu EFI verification/remediation</w:t>
      </w:r>
    </w:p>
    <w:p>
      <w:pPr>
        <w:pStyle w:val="Code"/>
        <w:spacing w:after="0"/>
      </w:pPr>
      <w:r>
        <w:t xml:space="preserve"> </w:t>
      </w:r>
    </w:p>
    <w:p>
      <w:pPr>
        <w:pStyle w:val="Code"/>
        <w:spacing w:after="0"/>
      </w:pPr>
      <w:r>
        <w:t>Usage:</w:t>
      </w:r>
    </w:p>
    <w:p>
      <w:pPr>
        <w:pStyle w:val="Code"/>
        <w:spacing w:after="0"/>
      </w:pPr>
      <w:r>
        <w:t xml:space="preserve">  surfacehub-efi-check.sh          Verify only</w:t>
      </w:r>
    </w:p>
    <w:p>
      <w:pPr>
        <w:pStyle w:val="Code"/>
        <w:spacing w:after="0"/>
      </w:pPr>
      <w:r>
        <w:t xml:space="preserve">  surfacehub-efi-check.sh --fix    Verify and repair out-of-sync files</w:t>
      </w:r>
    </w:p>
    <w:p>
      <w:pPr>
        <w:pStyle w:val="Code"/>
        <w:spacing w:after="0"/>
      </w:pPr>
      <w:r>
        <w:t xml:space="preserve">  surfacehub-efi-check.sh --help   Show this help</w:t>
      </w:r>
    </w:p>
    <w:p>
      <w:pPr>
        <w:pStyle w:val="Code"/>
        <w:spacing w:after="0"/>
      </w:pPr>
      <w:r>
        <w:t xml:space="preserve"> </w:t>
      </w:r>
    </w:p>
    <w:p>
      <w:pPr>
        <w:pStyle w:val="Code"/>
        <w:spacing w:after="0"/>
      </w:pPr>
      <w:r>
        <w:t>The script checks the Ubuntu EFI files against the copies used by the</w:t>
      </w:r>
    </w:p>
    <w:p>
      <w:pPr>
        <w:pStyle w:val="Code"/>
        <w:spacing w:after="0"/>
      </w:pPr>
      <w:r>
        <w:t>Surface Hub v1 boot workaround. With --fix, it backs up any differing</w:t>
      </w:r>
    </w:p>
    <w:p>
      <w:pPr>
        <w:pStyle w:val="Code"/>
        <w:spacing w:after="0"/>
      </w:pPr>
      <w:r>
        <w:t>existing destination file before replacing it, runs sync, and verifies again.</w:t>
      </w:r>
    </w:p>
    <w:p>
      <w:pPr>
        <w:pStyle w:val="Code"/>
        <w:spacing w:after="0"/>
      </w:pPr>
      <w:r>
        <w:t>USAGE</w:t>
      </w:r>
    </w:p>
    <w:p>
      <w:pPr>
        <w:pStyle w:val="Code"/>
        <w:spacing w:after="0"/>
      </w:pPr>
      <w:r>
        <w:t>}</w:t>
      </w:r>
    </w:p>
    <w:p>
      <w:pPr>
        <w:pStyle w:val="Code"/>
        <w:spacing w:after="0"/>
      </w:pPr>
      <w:r>
        <w:t xml:space="preserve"> </w:t>
      </w:r>
    </w:p>
    <w:p>
      <w:pPr>
        <w:pStyle w:val="Code"/>
        <w:spacing w:after="0"/>
      </w:pPr>
      <w:r>
        <w:t>case "${1:-}" in</w:t>
      </w:r>
    </w:p>
    <w:p>
      <w:pPr>
        <w:pStyle w:val="Code"/>
        <w:spacing w:after="0"/>
      </w:pPr>
      <w:r>
        <w:t xml:space="preserve">  "") ;;</w:t>
      </w:r>
    </w:p>
    <w:p>
      <w:pPr>
        <w:pStyle w:val="Code"/>
        <w:spacing w:after="0"/>
      </w:pPr>
      <w:r>
        <w:t xml:space="preserve">  --fix) FIX=1 ;;</w:t>
      </w:r>
    </w:p>
    <w:p>
      <w:pPr>
        <w:pStyle w:val="Code"/>
        <w:spacing w:after="0"/>
      </w:pPr>
      <w:r>
        <w:t xml:space="preserve">  --help|-h) usage; exit 0 ;;</w:t>
      </w:r>
    </w:p>
    <w:p>
      <w:pPr>
        <w:pStyle w:val="Code"/>
        <w:spacing w:after="0"/>
      </w:pPr>
      <w:r>
        <w:t xml:space="preserve">  *) echo "Unknown option: $1" &gt;&amp;2; usage &gt;&amp;2; exit 2 ;;</w:t>
      </w:r>
    </w:p>
    <w:p>
      <w:pPr>
        <w:pStyle w:val="Code"/>
        <w:spacing w:after="0"/>
      </w:pPr>
      <w:r>
        <w:t>esac</w:t>
      </w:r>
    </w:p>
    <w:p>
      <w:pPr>
        <w:pStyle w:val="Code"/>
        <w:spacing w:after="0"/>
      </w:pPr>
      <w:r>
        <w:t xml:space="preserve"> </w:t>
      </w:r>
    </w:p>
    <w:p>
      <w:pPr>
        <w:pStyle w:val="Code"/>
        <w:spacing w:after="0"/>
      </w:pPr>
      <w:r>
        <w:t># Re-run as root so the ESP is consistently readable/writable.</w:t>
      </w:r>
    </w:p>
    <w:p>
      <w:pPr>
        <w:pStyle w:val="Code"/>
        <w:spacing w:after="0"/>
      </w:pPr>
      <w:r>
        <w:t>if [[ ${EUID} -ne 0 ]]; then</w:t>
      </w:r>
    </w:p>
    <w:p>
      <w:pPr>
        <w:pStyle w:val="Code"/>
        <w:spacing w:after="0"/>
      </w:pPr>
      <w:r>
        <w:t xml:space="preserve">  exec sudo -- "$0" "$@"</w:t>
      </w:r>
    </w:p>
    <w:p>
      <w:pPr>
        <w:pStyle w:val="Code"/>
        <w:spacing w:after="0"/>
      </w:pPr>
      <w:r>
        <w:t>fi</w:t>
      </w:r>
    </w:p>
    <w:p>
      <w:pPr>
        <w:pStyle w:val="Code"/>
        <w:spacing w:after="0"/>
      </w:pPr>
      <w:r>
        <w:t xml:space="preserve"> </w:t>
      </w:r>
    </w:p>
    <w:p>
      <w:pPr>
        <w:pStyle w:val="Code"/>
        <w:spacing w:after="0"/>
      </w:pPr>
      <w:r>
        <w:t>if ! mountpoint -q "$ESP"; then</w:t>
      </w:r>
    </w:p>
    <w:p>
      <w:pPr>
        <w:pStyle w:val="Code"/>
        <w:spacing w:after="0"/>
      </w:pPr>
      <w:r>
        <w:t xml:space="preserve">  echo "ERROR: $ESP is not mounted." &gt;&amp;2</w:t>
      </w:r>
    </w:p>
    <w:p>
      <w:pPr>
        <w:pStyle w:val="Code"/>
        <w:spacing w:after="0"/>
      </w:pPr>
      <w:r>
        <w:t xml:space="preserve">  echo "Check the EFI System Partition before proceeding." &gt;&amp;2</w:t>
      </w:r>
    </w:p>
    <w:p>
      <w:pPr>
        <w:pStyle w:val="Code"/>
        <w:spacing w:after="0"/>
      </w:pPr>
      <w:r>
        <w:t xml:space="preserve">  exit 1</w:t>
      </w:r>
    </w:p>
    <w:p>
      <w:pPr>
        <w:pStyle w:val="Code"/>
        <w:spacing w:after="0"/>
      </w:pPr>
      <w:r>
        <w:t>fi</w:t>
      </w:r>
    </w:p>
    <w:p>
      <w:pPr>
        <w:pStyle w:val="Code"/>
        <w:spacing w:after="0"/>
      </w:pPr>
      <w:r>
        <w:t xml:space="preserve"> </w:t>
      </w:r>
    </w:p>
    <w:p>
      <w:pPr>
        <w:pStyle w:val="Code"/>
        <w:spacing w:after="0"/>
      </w:pPr>
      <w:r>
        <w:t>SRC_BASE="$ESP/EFI/ubuntu"</w:t>
      </w:r>
    </w:p>
    <w:p>
      <w:pPr>
        <w:pStyle w:val="Code"/>
        <w:spacing w:after="0"/>
      </w:pPr>
      <w:r>
        <w:t>MS_BASE="$ESP/EFI/Microsoft/Boot"</w:t>
      </w:r>
    </w:p>
    <w:p>
      <w:pPr>
        <w:pStyle w:val="Code"/>
        <w:spacing w:after="0"/>
      </w:pPr>
      <w:r>
        <w:t>BOOT_BASE="$ESP/EFI/BOOT"</w:t>
      </w:r>
    </w:p>
    <w:p>
      <w:pPr>
        <w:pStyle w:val="Code"/>
        <w:spacing w:after="0"/>
      </w:pPr>
      <w:r>
        <w:t xml:space="preserve"> </w:t>
      </w:r>
    </w:p>
    <w:p>
      <w:pPr>
        <w:pStyle w:val="Code"/>
        <w:spacing w:after="0"/>
      </w:pPr>
      <w:r>
        <w:t>pairs=(</w:t>
      </w:r>
    </w:p>
    <w:p>
      <w:pPr>
        <w:pStyle w:val="Code"/>
        <w:spacing w:after="0"/>
      </w:pPr>
      <w:r>
        <w:t xml:space="preserve">  "shimx64.efi|$SRC_BASE/shimx64.efi|$MS_BASE/bootmgfw.efi"</w:t>
      </w:r>
    </w:p>
    <w:p>
      <w:pPr>
        <w:pStyle w:val="Code"/>
        <w:spacing w:after="0"/>
      </w:pPr>
      <w:r>
        <w:t xml:space="preserve">  "grubx64.efi|$SRC_BASE/grubx64.efi|$MS_BASE/grubx64.efi"</w:t>
      </w:r>
    </w:p>
    <w:p>
      <w:pPr>
        <w:pStyle w:val="Code"/>
        <w:spacing w:after="0"/>
      </w:pPr>
      <w:r>
        <w:t xml:space="preserve">  "mmx64.efi|$SRC_BASE/mmx64.efi|$MS_BASE/mmx64.efi"</w:t>
      </w:r>
    </w:p>
    <w:p>
      <w:pPr>
        <w:pStyle w:val="Code"/>
        <w:spacing w:after="0"/>
      </w:pPr>
      <w:r>
        <w:t xml:space="preserve">  "grub.cfg|$SRC_BASE/grub.cfg|$MS_BASE/grub.cfg"</w:t>
      </w:r>
    </w:p>
    <w:p>
      <w:pPr>
        <w:pStyle w:val="Code"/>
        <w:spacing w:after="0"/>
      </w:pPr>
      <w:r>
        <w:t xml:space="preserve">  "BOOTX64.EFI fallback|$SRC_BASE/shimx64.efi|$BOOT_BASE/BOOTX64.EFI"</w:t>
      </w:r>
    </w:p>
    <w:p>
      <w:pPr>
        <w:pStyle w:val="Code"/>
        <w:spacing w:after="0"/>
      </w:pPr>
      <w:r>
        <w:t>)</w:t>
      </w:r>
    </w:p>
    <w:p>
      <w:pPr>
        <w:pStyle w:val="Code"/>
        <w:spacing w:after="0"/>
      </w:pPr>
      <w:r>
        <w:t xml:space="preserve"> </w:t>
      </w:r>
    </w:p>
    <w:p>
      <w:pPr>
        <w:pStyle w:val="Code"/>
        <w:spacing w:after="0"/>
      </w:pPr>
      <w:r>
        <w:t>mkdir -p "$MS_BASE" "$BOOT_BASE"</w:t>
      </w:r>
    </w:p>
    <w:p>
      <w:pPr>
        <w:pStyle w:val="Code"/>
        <w:spacing w:after="0"/>
      </w:pPr>
      <w:r>
        <w:t xml:space="preserve"> </w:t>
      </w:r>
    </w:p>
    <w:p>
      <w:pPr>
        <w:pStyle w:val="Code"/>
        <w:spacing w:after="0"/>
      </w:pPr>
      <w:r>
        <w:t>check_pair() {</w:t>
      </w:r>
    </w:p>
    <w:p>
      <w:pPr>
        <w:pStyle w:val="Code"/>
        <w:spacing w:after="0"/>
      </w:pPr>
      <w:r>
        <w:t xml:space="preserve">  local label="$1" src="$2" dst="$3"</w:t>
      </w:r>
    </w:p>
    <w:p>
      <w:pPr>
        <w:pStyle w:val="Code"/>
        <w:spacing w:after="0"/>
      </w:pPr>
      <w:r>
        <w:t xml:space="preserve"> </w:t>
      </w:r>
    </w:p>
    <w:p>
      <w:pPr>
        <w:pStyle w:val="Code"/>
        <w:spacing w:after="0"/>
      </w:pPr>
      <w:r>
        <w:t xml:space="preserve">  if [[ ! -f "$src" ]]; then</w:t>
      </w:r>
    </w:p>
    <w:p>
      <w:pPr>
        <w:pStyle w:val="Code"/>
        <w:spacing w:after="0"/>
      </w:pPr>
      <w:r>
        <w:t xml:space="preserve">    echo "[ERROR] $label: source missing: $src"</w:t>
      </w:r>
    </w:p>
    <w:p>
      <w:pPr>
        <w:pStyle w:val="Code"/>
        <w:spacing w:after="0"/>
      </w:pPr>
      <w:r>
        <w:t xml:space="preserve">    return 2</w:t>
      </w:r>
    </w:p>
    <w:p>
      <w:pPr>
        <w:pStyle w:val="Code"/>
        <w:spacing w:after="0"/>
      </w:pPr>
      <w:r>
        <w:t xml:space="preserve">  fi</w:t>
      </w:r>
    </w:p>
    <w:p>
      <w:pPr>
        <w:pStyle w:val="Code"/>
        <w:spacing w:after="0"/>
      </w:pPr>
      <w:r>
        <w:t xml:space="preserve"> </w:t>
      </w:r>
    </w:p>
    <w:p>
      <w:pPr>
        <w:pStyle w:val="Code"/>
        <w:spacing w:after="0"/>
      </w:pPr>
      <w:r>
        <w:t xml:space="preserve">  if [[ ! -f "$dst" ]]; then</w:t>
      </w:r>
    </w:p>
    <w:p>
      <w:pPr>
        <w:pStyle w:val="Code"/>
        <w:spacing w:after="0"/>
      </w:pPr>
      <w:r>
        <w:t xml:space="preserve">    echo "[OUT]   $label: destination missing"</w:t>
      </w:r>
    </w:p>
    <w:p>
      <w:pPr>
        <w:pStyle w:val="Code"/>
        <w:spacing w:after="0"/>
      </w:pPr>
      <w:r>
        <w:t xml:space="preserve">    return 1</w:t>
      </w:r>
    </w:p>
    <w:p>
      <w:pPr>
        <w:pStyle w:val="Code"/>
        <w:spacing w:after="0"/>
      </w:pPr>
      <w:r>
        <w:t xml:space="preserve">  fi</w:t>
      </w:r>
    </w:p>
    <w:p>
      <w:pPr>
        <w:pStyle w:val="Code"/>
        <w:spacing w:after="0"/>
      </w:pPr>
      <w:r>
        <w:t xml:space="preserve"> </w:t>
      </w:r>
    </w:p>
    <w:p>
      <w:pPr>
        <w:pStyle w:val="Code"/>
        <w:spacing w:after="0"/>
      </w:pPr>
      <w:r>
        <w:t xml:space="preserve">  if cmp -s "$src" "$dst"; then</w:t>
      </w:r>
    </w:p>
    <w:p>
      <w:pPr>
        <w:pStyle w:val="Code"/>
        <w:spacing w:after="0"/>
      </w:pPr>
      <w:r>
        <w:t xml:space="preserve">    local hash</w:t>
      </w:r>
    </w:p>
    <w:p>
      <w:pPr>
        <w:pStyle w:val="Code"/>
        <w:spacing w:after="0"/>
      </w:pPr>
      <w:r>
        <w:t xml:space="preserve">    hash=$(sha256sum "$src" | awk '{print $1}')</w:t>
      </w:r>
    </w:p>
    <w:p>
      <w:pPr>
        <w:pStyle w:val="Code"/>
        <w:spacing w:after="0"/>
      </w:pPr>
      <w:r>
        <w:t xml:space="preserve">    echo "[OK]    $label  $hash"</w:t>
      </w:r>
    </w:p>
    <w:p>
      <w:pPr>
        <w:pStyle w:val="Code"/>
        <w:spacing w:after="0"/>
      </w:pPr>
      <w:r>
        <w:t xml:space="preserve">    return 0</w:t>
      </w:r>
    </w:p>
    <w:p>
      <w:pPr>
        <w:pStyle w:val="Code"/>
        <w:spacing w:after="0"/>
      </w:pPr>
      <w:r>
        <w:t xml:space="preserve">  fi</w:t>
      </w:r>
    </w:p>
    <w:p>
      <w:pPr>
        <w:pStyle w:val="Code"/>
        <w:spacing w:after="0"/>
      </w:pPr>
      <w:r>
        <w:t xml:space="preserve"> </w:t>
      </w:r>
    </w:p>
    <w:p>
      <w:pPr>
        <w:pStyle w:val="Code"/>
        <w:spacing w:after="0"/>
      </w:pPr>
      <w:r>
        <w:t xml:space="preserve">  echo "[OUT]   $label: files differ"</w:t>
      </w:r>
    </w:p>
    <w:p>
      <w:pPr>
        <w:pStyle w:val="Code"/>
        <w:spacing w:after="0"/>
      </w:pPr>
      <w:r>
        <w:t xml:space="preserve">  echo "        source:      $(sha256sum "$src" | awk '{print $1}')"</w:t>
      </w:r>
    </w:p>
    <w:p>
      <w:pPr>
        <w:pStyle w:val="Code"/>
        <w:spacing w:after="0"/>
      </w:pPr>
      <w:r>
        <w:t xml:space="preserve">  echo "        destination: $(sha256sum "$dst" | awk '{print $1}')"</w:t>
      </w:r>
    </w:p>
    <w:p>
      <w:pPr>
        <w:pStyle w:val="Code"/>
        <w:spacing w:after="0"/>
      </w:pPr>
      <w:r>
        <w:t xml:space="preserve">  return 1</w:t>
      </w:r>
    </w:p>
    <w:p>
      <w:pPr>
        <w:pStyle w:val="Code"/>
        <w:spacing w:after="0"/>
      </w:pPr>
      <w:r>
        <w:t>}</w:t>
      </w:r>
    </w:p>
    <w:p>
      <w:pPr>
        <w:pStyle w:val="Code"/>
        <w:spacing w:after="0"/>
      </w:pPr>
      <w:r>
        <w:t xml:space="preserve"> </w:t>
      </w:r>
    </w:p>
    <w:p>
      <w:pPr>
        <w:pStyle w:val="Code"/>
        <w:spacing w:after="0"/>
      </w:pPr>
      <w:r>
        <w:t>repair_pair() {</w:t>
      </w:r>
    </w:p>
    <w:p>
      <w:pPr>
        <w:pStyle w:val="Code"/>
        <w:spacing w:after="0"/>
      </w:pPr>
      <w:r>
        <w:t xml:space="preserve">  local label="$1" src="$2" dst="$3"</w:t>
      </w:r>
    </w:p>
    <w:p>
      <w:pPr>
        <w:pStyle w:val="Code"/>
        <w:spacing w:after="0"/>
      </w:pPr>
      <w:r>
        <w:t xml:space="preserve">  local stamp backup</w:t>
      </w:r>
    </w:p>
    <w:p>
      <w:pPr>
        <w:pStyle w:val="Code"/>
        <w:spacing w:after="0"/>
      </w:pPr>
      <w:r>
        <w:t xml:space="preserve">  stamp=$(date +%Y%m%d-%H%M%S)</w:t>
      </w:r>
    </w:p>
    <w:p>
      <w:pPr>
        <w:pStyle w:val="Code"/>
        <w:spacing w:after="0"/>
      </w:pPr>
      <w:r>
        <w:t xml:space="preserve"> </w:t>
      </w:r>
    </w:p>
    <w:p>
      <w:pPr>
        <w:pStyle w:val="Code"/>
        <w:spacing w:after="0"/>
      </w:pPr>
      <w:r>
        <w:t xml:space="preserve">  if [[ -f "$dst" ]]; then</w:t>
      </w:r>
    </w:p>
    <w:p>
      <w:pPr>
        <w:pStyle w:val="Code"/>
        <w:spacing w:after="0"/>
      </w:pPr>
      <w:r>
        <w:t xml:space="preserve">    backup="${dst}.bak.${stamp}"</w:t>
      </w:r>
    </w:p>
    <w:p>
      <w:pPr>
        <w:pStyle w:val="Code"/>
        <w:spacing w:after="0"/>
      </w:pPr>
      <w:r>
        <w:t xml:space="preserve">    cp -a "$dst" "$backup"</w:t>
      </w:r>
    </w:p>
    <w:p>
      <w:pPr>
        <w:pStyle w:val="Code"/>
        <w:spacing w:after="0"/>
      </w:pPr>
      <w:r>
        <w:t xml:space="preserve">    echo "        backup: $backup"</w:t>
      </w:r>
    </w:p>
    <w:p>
      <w:pPr>
        <w:pStyle w:val="Code"/>
        <w:spacing w:after="0"/>
      </w:pPr>
      <w:r>
        <w:t xml:space="preserve">  fi</w:t>
      </w:r>
    </w:p>
    <w:p>
      <w:pPr>
        <w:pStyle w:val="Code"/>
        <w:spacing w:after="0"/>
      </w:pPr>
      <w:r>
        <w:t xml:space="preserve"> </w:t>
      </w:r>
    </w:p>
    <w:p>
      <w:pPr>
        <w:pStyle w:val="Code"/>
        <w:spacing w:after="0"/>
      </w:pPr>
      <w:r>
        <w:t xml:space="preserve">  cp -a "$src" "$dst"</w:t>
      </w:r>
    </w:p>
    <w:p>
      <w:pPr>
        <w:pStyle w:val="Code"/>
        <w:spacing w:after="0"/>
      </w:pPr>
      <w:r>
        <w:t xml:space="preserve">  echo "[FIXED] $label"</w:t>
      </w:r>
    </w:p>
    <w:p>
      <w:pPr>
        <w:pStyle w:val="Code"/>
        <w:spacing w:after="0"/>
      </w:pPr>
      <w:r>
        <w:t>}</w:t>
      </w:r>
    </w:p>
    <w:p>
      <w:pPr>
        <w:pStyle w:val="Code"/>
        <w:spacing w:after="0"/>
      </w:pPr>
      <w:r>
        <w:t xml:space="preserve"> </w:t>
      </w:r>
    </w:p>
    <w:p>
      <w:pPr>
        <w:pStyle w:val="Code"/>
        <w:spacing w:after="0"/>
      </w:pPr>
      <w:r>
        <w:t>echo "Surface Hub v1 EFI boot-chain check"</w:t>
      </w:r>
    </w:p>
    <w:p>
      <w:pPr>
        <w:pStyle w:val="Code"/>
        <w:spacing w:after="0"/>
      </w:pPr>
      <w:r>
        <w:t>echo "ESP: $ESP"</w:t>
      </w:r>
    </w:p>
    <w:p>
      <w:pPr>
        <w:pStyle w:val="Code"/>
        <w:spacing w:after="0"/>
      </w:pPr>
      <w:r>
        <w:t>[[ $FIX -eq 1 ]] &amp;&amp; echo "Mode: verify + remediate" || echo "Mode: verify only"</w:t>
      </w:r>
    </w:p>
    <w:p>
      <w:pPr>
        <w:pStyle w:val="Code"/>
        <w:spacing w:after="0"/>
      </w:pPr>
      <w:r>
        <w:t>echo</w:t>
      </w:r>
    </w:p>
    <w:p>
      <w:pPr>
        <w:pStyle w:val="Code"/>
        <w:spacing w:after="0"/>
      </w:pPr>
      <w:r>
        <w:t xml:space="preserve"> </w:t>
      </w:r>
    </w:p>
    <w:p>
      <w:pPr>
        <w:pStyle w:val="Code"/>
        <w:spacing w:after="0"/>
      </w:pPr>
      <w:r>
        <w:t>out_of_sync=0</w:t>
      </w:r>
    </w:p>
    <w:p>
      <w:pPr>
        <w:pStyle w:val="Code"/>
        <w:spacing w:after="0"/>
      </w:pPr>
      <w:r>
        <w:t>source_errors=0</w:t>
      </w:r>
    </w:p>
    <w:p>
      <w:pPr>
        <w:pStyle w:val="Code"/>
        <w:spacing w:after="0"/>
      </w:pPr>
      <w:r>
        <w:t xml:space="preserve"> </w:t>
      </w:r>
    </w:p>
    <w:p>
      <w:pPr>
        <w:pStyle w:val="Code"/>
        <w:spacing w:after="0"/>
      </w:pPr>
      <w:r>
        <w:t>for entry in "${pairs[@]}"; do</w:t>
      </w:r>
    </w:p>
    <w:p>
      <w:pPr>
        <w:pStyle w:val="Code"/>
        <w:spacing w:after="0"/>
      </w:pPr>
      <w:r>
        <w:t xml:space="preserve">  IFS='|' read -r label src dst &lt;&lt;&lt; "$entry"</w:t>
      </w:r>
    </w:p>
    <w:p>
      <w:pPr>
        <w:pStyle w:val="Code"/>
        <w:spacing w:after="0"/>
      </w:pPr>
      <w:r>
        <w:t xml:space="preserve">  if check_pair "$label" "$src" "$dst"; then</w:t>
      </w:r>
    </w:p>
    <w:p>
      <w:pPr>
        <w:pStyle w:val="Code"/>
        <w:spacing w:after="0"/>
      </w:pPr>
      <w:r>
        <w:t xml:space="preserve">    :</w:t>
      </w:r>
    </w:p>
    <w:p>
      <w:pPr>
        <w:pStyle w:val="Code"/>
        <w:spacing w:after="0"/>
      </w:pPr>
      <w:r>
        <w:t xml:space="preserve">  else</w:t>
      </w:r>
    </w:p>
    <w:p>
      <w:pPr>
        <w:pStyle w:val="Code"/>
        <w:spacing w:after="0"/>
      </w:pPr>
      <w:r>
        <w:t xml:space="preserve">    rc=$?</w:t>
      </w:r>
    </w:p>
    <w:p>
      <w:pPr>
        <w:pStyle w:val="Code"/>
        <w:spacing w:after="0"/>
      </w:pPr>
      <w:r>
        <w:t xml:space="preserve">    if [[ $rc -eq 2 ]]; then</w:t>
      </w:r>
    </w:p>
    <w:p>
      <w:pPr>
        <w:pStyle w:val="Code"/>
        <w:spacing w:after="0"/>
      </w:pPr>
      <w:r>
        <w:t xml:space="preserve">      source_errors=1</w:t>
      </w:r>
    </w:p>
    <w:p>
      <w:pPr>
        <w:pStyle w:val="Code"/>
        <w:spacing w:after="0"/>
      </w:pPr>
      <w:r>
        <w:t xml:space="preserve">    else</w:t>
      </w:r>
    </w:p>
    <w:p>
      <w:pPr>
        <w:pStyle w:val="Code"/>
        <w:spacing w:after="0"/>
      </w:pPr>
      <w:r>
        <w:t xml:space="preserve">      out_of_sync=1</w:t>
      </w:r>
    </w:p>
    <w:p>
      <w:pPr>
        <w:pStyle w:val="Code"/>
        <w:spacing w:after="0"/>
      </w:pPr>
      <w:r>
        <w:t xml:space="preserve">      if [[ $FIX -eq 1 ]]; then</w:t>
      </w:r>
    </w:p>
    <w:p>
      <w:pPr>
        <w:pStyle w:val="Code"/>
        <w:spacing w:after="0"/>
      </w:pPr>
      <w:r>
        <w:t xml:space="preserve">        repair_pair "$label" "$src" "$dst"</w:t>
      </w:r>
    </w:p>
    <w:p>
      <w:pPr>
        <w:pStyle w:val="Code"/>
        <w:spacing w:after="0"/>
      </w:pPr>
      <w:r>
        <w:t xml:space="preserve">      fi</w:t>
      </w:r>
    </w:p>
    <w:p>
      <w:pPr>
        <w:pStyle w:val="Code"/>
        <w:spacing w:after="0"/>
      </w:pPr>
      <w:r>
        <w:t xml:space="preserve">    fi</w:t>
      </w:r>
    </w:p>
    <w:p>
      <w:pPr>
        <w:pStyle w:val="Code"/>
        <w:spacing w:after="0"/>
      </w:pPr>
      <w:r>
        <w:t xml:space="preserve">  fi</w:t>
      </w:r>
    </w:p>
    <w:p>
      <w:pPr>
        <w:pStyle w:val="Code"/>
        <w:spacing w:after="0"/>
      </w:pPr>
      <w:r>
        <w:t>done</w:t>
      </w:r>
    </w:p>
    <w:p>
      <w:pPr>
        <w:pStyle w:val="Code"/>
        <w:spacing w:after="0"/>
      </w:pPr>
      <w:r>
        <w:t xml:space="preserve"> </w:t>
      </w:r>
    </w:p>
    <w:p>
      <w:pPr>
        <w:pStyle w:val="Code"/>
        <w:spacing w:after="0"/>
      </w:pPr>
      <w:r>
        <w:t>if [[ $source_errors -ne 0 ]]; then</w:t>
      </w:r>
    </w:p>
    <w:p>
      <w:pPr>
        <w:pStyle w:val="Code"/>
        <w:spacing w:after="0"/>
      </w:pPr>
      <w:r>
        <w:t xml:space="preserve">  echo</w:t>
      </w:r>
    </w:p>
    <w:p>
      <w:pPr>
        <w:pStyle w:val="Code"/>
        <w:spacing w:after="0"/>
      </w:pPr>
      <w:r>
        <w:t xml:space="preserve">  echo "ERROR: One or more source files under $SRC_BASE are missing."</w:t>
      </w:r>
    </w:p>
    <w:p>
      <w:pPr>
        <w:pStyle w:val="Code"/>
        <w:spacing w:after="0"/>
      </w:pPr>
      <w:r>
        <w:t xml:space="preserve">  echo "Do not remediate until the Ubuntu EFI installation is repaired."</w:t>
      </w:r>
    </w:p>
    <w:p>
      <w:pPr>
        <w:pStyle w:val="Code"/>
        <w:spacing w:after="0"/>
      </w:pPr>
      <w:r>
        <w:t xml:space="preserve">  exit 2</w:t>
      </w:r>
    </w:p>
    <w:p>
      <w:pPr>
        <w:pStyle w:val="Code"/>
        <w:spacing w:after="0"/>
      </w:pPr>
      <w:r>
        <w:t>fi</w:t>
      </w:r>
    </w:p>
    <w:p>
      <w:pPr>
        <w:pStyle w:val="Code"/>
        <w:spacing w:after="0"/>
      </w:pPr>
      <w:r>
        <w:t xml:space="preserve"> </w:t>
      </w:r>
    </w:p>
    <w:p>
      <w:pPr>
        <w:pStyle w:val="Code"/>
        <w:spacing w:after="0"/>
      </w:pPr>
      <w:r>
        <w:t>if [[ $FIX -eq 1 &amp;&amp; $out_of_sync -ne 0 ]]; then</w:t>
      </w:r>
    </w:p>
    <w:p>
      <w:pPr>
        <w:pStyle w:val="Code"/>
        <w:spacing w:after="0"/>
      </w:pPr>
      <w:r>
        <w:t xml:space="preserve">  sync</w:t>
      </w:r>
    </w:p>
    <w:p>
      <w:pPr>
        <w:pStyle w:val="Code"/>
        <w:spacing w:after="0"/>
      </w:pPr>
      <w:r>
        <w:t xml:space="preserve">  echo</w:t>
      </w:r>
    </w:p>
    <w:p>
      <w:pPr>
        <w:pStyle w:val="Code"/>
        <w:spacing w:after="0"/>
      </w:pPr>
      <w:r>
        <w:t xml:space="preserve">  echo "Post-remediation verification"</w:t>
      </w:r>
    </w:p>
    <w:p>
      <w:pPr>
        <w:pStyle w:val="Code"/>
        <w:spacing w:after="0"/>
      </w:pPr>
      <w:r>
        <w:t xml:space="preserve">  echo "-----------------------------"</w:t>
      </w:r>
    </w:p>
    <w:p>
      <w:pPr>
        <w:pStyle w:val="Code"/>
        <w:spacing w:after="0"/>
      </w:pPr>
      <w:r>
        <w:t xml:space="preserve">  failed=0</w:t>
      </w:r>
    </w:p>
    <w:p>
      <w:pPr>
        <w:pStyle w:val="Code"/>
        <w:spacing w:after="0"/>
      </w:pPr>
      <w:r>
        <w:t xml:space="preserve">  for entry in "${pairs[@]}"; do</w:t>
      </w:r>
    </w:p>
    <w:p>
      <w:pPr>
        <w:pStyle w:val="Code"/>
        <w:spacing w:after="0"/>
      </w:pPr>
      <w:r>
        <w:t xml:space="preserve">    IFS='|' read -r label src dst &lt;&lt;&lt; "$entry"</w:t>
      </w:r>
    </w:p>
    <w:p>
      <w:pPr>
        <w:pStyle w:val="Code"/>
        <w:spacing w:after="0"/>
      </w:pPr>
      <w:r>
        <w:t xml:space="preserve">    if ! check_pair "$label" "$src" "$dst"; then</w:t>
      </w:r>
    </w:p>
    <w:p>
      <w:pPr>
        <w:pStyle w:val="Code"/>
        <w:spacing w:after="0"/>
      </w:pPr>
      <w:r>
        <w:t xml:space="preserve">      failed=1</w:t>
      </w:r>
    </w:p>
    <w:p>
      <w:pPr>
        <w:pStyle w:val="Code"/>
        <w:spacing w:after="0"/>
      </w:pPr>
      <w:r>
        <w:t xml:space="preserve">    fi</w:t>
      </w:r>
    </w:p>
    <w:p>
      <w:pPr>
        <w:pStyle w:val="Code"/>
        <w:spacing w:after="0"/>
      </w:pPr>
      <w:r>
        <w:t xml:space="preserve">  done</w:t>
      </w:r>
    </w:p>
    <w:p>
      <w:pPr>
        <w:pStyle w:val="Code"/>
        <w:spacing w:after="0"/>
      </w:pPr>
      <w:r>
        <w:t xml:space="preserve">  if [[ $failed -ne 0 ]]; then</w:t>
      </w:r>
    </w:p>
    <w:p>
      <w:pPr>
        <w:pStyle w:val="Code"/>
        <w:spacing w:after="0"/>
      </w:pPr>
      <w:r>
        <w:t xml:space="preserve">    echo</w:t>
      </w:r>
    </w:p>
    <w:p>
      <w:pPr>
        <w:pStyle w:val="Code"/>
        <w:spacing w:after="0"/>
      </w:pPr>
      <w:r>
        <w:t xml:space="preserve">    echo "ERROR: One or more files are still out of sync. Do not reboot yet."</w:t>
      </w:r>
    </w:p>
    <w:p>
      <w:pPr>
        <w:pStyle w:val="Code"/>
        <w:spacing w:after="0"/>
      </w:pPr>
      <w:r>
        <w:t xml:space="preserve">    exit 1</w:t>
      </w:r>
    </w:p>
    <w:p>
      <w:pPr>
        <w:pStyle w:val="Code"/>
        <w:spacing w:after="0"/>
      </w:pPr>
      <w:r>
        <w:t xml:space="preserve">  fi</w:t>
      </w:r>
    </w:p>
    <w:p>
      <w:pPr>
        <w:pStyle w:val="Code"/>
        <w:spacing w:after="0"/>
      </w:pPr>
      <w:r>
        <w:t xml:space="preserve">  echo</w:t>
      </w:r>
    </w:p>
    <w:p>
      <w:pPr>
        <w:pStyle w:val="Code"/>
        <w:spacing w:after="0"/>
      </w:pPr>
      <w:r>
        <w:t xml:space="preserve">  echo "SUCCESS: EFI files are synchronized. It is safe to reboot."</w:t>
      </w:r>
    </w:p>
    <w:p>
      <w:pPr>
        <w:pStyle w:val="Code"/>
        <w:spacing w:after="0"/>
      </w:pPr>
      <w:r>
        <w:t xml:space="preserve">  exit 0</w:t>
      </w:r>
    </w:p>
    <w:p>
      <w:pPr>
        <w:pStyle w:val="Code"/>
        <w:spacing w:after="0"/>
      </w:pPr>
      <w:r>
        <w:t>fi</w:t>
      </w:r>
    </w:p>
    <w:p>
      <w:pPr>
        <w:pStyle w:val="Code"/>
        <w:spacing w:after="0"/>
      </w:pPr>
      <w:r>
        <w:t xml:space="preserve"> </w:t>
      </w:r>
    </w:p>
    <w:p>
      <w:pPr>
        <w:pStyle w:val="Code"/>
        <w:spacing w:after="0"/>
      </w:pPr>
      <w:r>
        <w:t>if [[ $out_of_sync -ne 0 ]]; then</w:t>
      </w:r>
    </w:p>
    <w:p>
      <w:pPr>
        <w:pStyle w:val="Code"/>
        <w:spacing w:after="0"/>
      </w:pPr>
      <w:r>
        <w:t xml:space="preserve">  echo</w:t>
      </w:r>
    </w:p>
    <w:p>
      <w:pPr>
        <w:pStyle w:val="Code"/>
        <w:spacing w:after="0"/>
      </w:pPr>
      <w:r>
        <w:t xml:space="preserve">  echo "WARNING: One or more EFI files are out of sync."</w:t>
      </w:r>
    </w:p>
    <w:p>
      <w:pPr>
        <w:pStyle w:val="Code"/>
        <w:spacing w:after="0"/>
      </w:pPr>
      <w:r>
        <w:t xml:space="preserve">  echo "Run this script with --fix before rebooting:"</w:t>
      </w:r>
    </w:p>
    <w:p>
      <w:pPr>
        <w:pStyle w:val="Code"/>
        <w:spacing w:after="0"/>
      </w:pPr>
      <w:r>
        <w:t xml:space="preserve">  echo "  sudo $0 --fix"</w:t>
      </w:r>
    </w:p>
    <w:p>
      <w:pPr>
        <w:pStyle w:val="Code"/>
        <w:spacing w:after="0"/>
      </w:pPr>
      <w:r>
        <w:t xml:space="preserve">  exit 1</w:t>
      </w:r>
    </w:p>
    <w:p>
      <w:pPr>
        <w:pStyle w:val="Code"/>
        <w:spacing w:after="0"/>
      </w:pPr>
      <w:r>
        <w:t>fi</w:t>
      </w:r>
    </w:p>
    <w:p>
      <w:pPr>
        <w:pStyle w:val="Code"/>
        <w:spacing w:after="0"/>
      </w:pPr>
      <w:r>
        <w:t xml:space="preserve"> </w:t>
      </w:r>
    </w:p>
    <w:p>
      <w:pPr>
        <w:pStyle w:val="Code"/>
        <w:spacing w:after="0"/>
      </w:pPr>
      <w:r>
        <w:t>echo</w:t>
      </w:r>
    </w:p>
    <w:p>
      <w:pPr>
        <w:pStyle w:val="Code"/>
        <w:spacing w:after="0"/>
      </w:pPr>
      <w:r>
        <w:t>echo "SUCCESS: EFI files are synchronized. It is safe to reboot."</w:t>
      </w:r>
    </w:p>
    <w:p>
      <w:pPr>
        <w:pStyle w:val="Heading2"/>
      </w:pPr>
      <w:r>
        <w:t>18.6 Suggested update workflow</w:t>
      </w:r>
    </w:p>
    <w:p>
      <w:pPr>
        <w:pStyle w:val="ListNumber"/>
      </w:pPr>
      <w:r>
        <w:t>Install Ubuntu updates normally.</w:t>
      </w:r>
    </w:p>
    <w:p>
      <w:pPr>
        <w:pStyle w:val="ListNumber"/>
      </w:pPr>
      <w:r>
        <w:t>Run sudo surfacehub-efi-check before rebooting.</w:t>
      </w:r>
    </w:p>
    <w:p>
      <w:pPr>
        <w:pStyle w:val="ListNumber"/>
      </w:pPr>
      <w:r>
        <w:t>If it reports SUCCESS, reboot normally.</w:t>
      </w:r>
    </w:p>
    <w:p>
      <w:pPr>
        <w:pStyle w:val="ListNumber"/>
      </w:pPr>
      <w:r>
        <w:t>If it reports OUT, run sudo surfacehub-efi-check --fix.</w:t>
      </w:r>
    </w:p>
    <w:p>
      <w:pPr>
        <w:pStyle w:val="ListNumber"/>
      </w:pPr>
      <w:r>
        <w:t>Reboot only after the post-remediation verification reports SUCCESS.</w:t>
      </w:r>
    </w:p>
    <w:p>
      <w:r>
        <w:t>Safety behavior: if a required source file under /boot/efi/EFI/ubuntu is missing, the script stops rather than copying or deleting anything. A missing source indicates that the Ubuntu EFI installation itself should be repaired first.</w:t>
      </w:r>
    </w:p>
    <w:p>
      <w:pPr>
        <w:pStyle w:val="Heading1"/>
      </w:pPr>
      <w:r>
        <w:t>19. Surface Hub Built-in Presence Detector</w:t>
      </w:r>
    </w:p>
    <w:p>
      <w:r>
        <w:t>The Surface Hub v1 built-in presence detector was successfully identified and tested under Ubuntu. Linux exposes it through the HID Sensor Hub and IIO subsystem. The working device appeared as an IIO device named 'prox' and provided the raw presence value through in_proximity0_raw.</w:t>
      </w:r>
    </w:p>
    <w:p>
      <w:pPr>
        <w:pStyle w:val="Heading2"/>
      </w:pPr>
      <w:r>
        <w:t>19.1 Verify kernel detection</w:t>
      </w:r>
    </w:p>
    <w:p>
      <w:pPr>
        <w:pStyle w:val="Code"/>
      </w:pPr>
      <w:r>
        <w:t>sudo modprobe hid_sensor_prox</w:t>
      </w:r>
    </w:p>
    <w:p>
      <w:pPr>
        <w:pStyle w:val="Code"/>
      </w:pPr>
      <w:r>
        <w:t>lsmod | grep hid_sensor_prox</w:t>
      </w:r>
    </w:p>
    <w:p>
      <w:pPr>
        <w:pStyle w:val="Code"/>
      </w:pPr>
      <w:r>
        <w:t>for d in /sys/bus/iio/devices/iio:device*; do echo "=== $d ==="; cat "$d/name" 2&gt;/dev/null; done</w:t>
      </w:r>
    </w:p>
    <w:p>
      <w:r>
        <w:t>In the successful build, the IIO devices were 'als' for ambient light and 'prox' for presence/proximity. The proximity platform device was HID-SENSOR-200011 and was bound to the hid_sensor_prox driver.</w:t>
      </w:r>
    </w:p>
    <w:p>
      <w:pPr>
        <w:pStyle w:val="Heading2"/>
      </w:pPr>
      <w:r>
        <w:t>19.2 Verify the raw presence signal</w:t>
      </w:r>
    </w:p>
    <w:p>
      <w:pPr>
        <w:pStyle w:val="Code"/>
      </w:pPr>
      <w:r>
        <w:t>cat /sys/bus/iio/devices/iio:device1/in_proximity0_raw</w:t>
      </w:r>
    </w:p>
    <w:p>
      <w:r>
        <w:t>The successful test produced 0 normally and short 1 pulses when presence/activity was detected. The value should therefore be treated as an activity pulse rather than a persistent occupied/not-occupied state.</w:t>
      </w:r>
    </w:p>
    <w:p>
      <w:r>
        <w:t>A useful change-only test is:</w:t>
      </w:r>
    </w:p>
    <w:p>
      <w:pPr>
        <w:pStyle w:val="Code"/>
      </w:pPr>
      <w:r>
        <w:t>last=""</w:t>
      </w:r>
    </w:p>
    <w:p>
      <w:pPr>
        <w:pStyle w:val="Code"/>
      </w:pPr>
      <w:r>
        <w:t>while true; do</w:t>
      </w:r>
    </w:p>
    <w:p>
      <w:pPr>
        <w:pStyle w:val="Code"/>
      </w:pPr>
      <w:r>
        <w:t xml:space="preserve">    v=$(cat /sys/bus/iio/devices/iio:device1/in_proximity0_raw)</w:t>
      </w:r>
    </w:p>
    <w:p>
      <w:pPr>
        <w:pStyle w:val="Code"/>
      </w:pPr>
      <w:r>
        <w:t xml:space="preserve">    if [ "$v" != "$last" ]; then</w:t>
      </w:r>
    </w:p>
    <w:p>
      <w:pPr>
        <w:pStyle w:val="Code"/>
      </w:pPr>
      <w:r>
        <w:t xml:space="preserve">        printf '%s  %s\n' "$(date +'%H:%M:%S.%3N')" "$v"</w:t>
      </w:r>
    </w:p>
    <w:p>
      <w:pPr>
        <w:pStyle w:val="Code"/>
      </w:pPr>
      <w:r>
        <w:t xml:space="preserve">        last="$v"</w:t>
      </w:r>
    </w:p>
    <w:p>
      <w:pPr>
        <w:pStyle w:val="Code"/>
      </w:pPr>
      <w:r>
        <w:t xml:space="preserve">    fi</w:t>
      </w:r>
    </w:p>
    <w:p>
      <w:pPr>
        <w:pStyle w:val="Code"/>
      </w:pPr>
      <w:r>
        <w:t xml:space="preserve">    sleep 0.1</w:t>
      </w:r>
    </w:p>
    <w:p>
      <w:pPr>
        <w:pStyle w:val="Code"/>
      </w:pPr>
      <w:r>
        <w:t>done</w:t>
      </w:r>
    </w:p>
    <w:p>
      <w:pPr>
        <w:pStyle w:val="Heading1"/>
      </w:pPr>
      <w:r>
        <w:t>20. Automatic Presence-Controlled Display Service</w:t>
      </w:r>
    </w:p>
    <w:p>
      <w:r>
        <w:t>A user-level systemd service can use each presence pulse to wake the GNOME display and reset an inactivity timer. After the configured timeout with no additional presence pulses, the service blanks the display. A user service is used because GNOME display control requires access to the logged-in user's session bus.</w:t>
      </w:r>
    </w:p>
    <w:p>
      <w:r>
        <w:t>The service dynamically searches for an IIO device whose name is 'prox', so it does not depend on the sensor always remaining iio:device1 after a reboot.</w:t>
      </w:r>
    </w:p>
    <w:p>
      <w:pPr>
        <w:pStyle w:val="Heading2"/>
      </w:pPr>
      <w:r>
        <w:t>20.1 Working file names</w:t>
      </w:r>
    </w:p>
    <w:p>
      <w:pPr>
        <w:pStyle w:val="ListBullet"/>
      </w:pPr>
      <w:r>
        <w:t>surfacehub-presence.py - presence monitor/controller</w:t>
      </w:r>
    </w:p>
    <w:p>
      <w:pPr>
        <w:pStyle w:val="ListBullet"/>
      </w:pPr>
      <w:r>
        <w:t>surfacehub-presence.service - systemd user service</w:t>
      </w:r>
    </w:p>
    <w:p>
      <w:pPr>
        <w:pStyle w:val="ListBullet"/>
      </w:pPr>
      <w:r>
        <w:t>install-surfacehub-presence.sh - installer</w:t>
      </w:r>
    </w:p>
    <w:p>
      <w:r>
        <w:t>Important correction: the installer must reference surfacehub-presence.py. An earlier installer revision incorrectly looked for surfacehub-presence.sh and failed with: install: cannot stat './surfacehub-presence.sh'.</w:t>
      </w:r>
    </w:p>
    <w:p>
      <w:pPr>
        <w:pStyle w:val="Heading2"/>
      </w:pPr>
      <w:r>
        <w:t>20.2 Correct installer configuration</w:t>
      </w:r>
    </w:p>
    <w:p>
      <w:pPr>
        <w:pStyle w:val="Code"/>
      </w:pPr>
      <w:r>
        <w:t>#!/usr/bin/env bash</w:t>
      </w:r>
    </w:p>
    <w:p>
      <w:pPr>
        <w:pStyle w:val="Code"/>
      </w:pPr>
      <w:r>
        <w:t>set -euo pipefail</w:t>
      </w:r>
    </w:p>
    <w:p>
      <w:pPr>
        <w:pStyle w:val="Code"/>
      </w:pPr>
      <w:r/>
    </w:p>
    <w:p>
      <w:pPr>
        <w:pStyle w:val="Code"/>
      </w:pPr>
      <w:r>
        <w:t>SCRIPT_NAME="surfacehub-presence.py"</w:t>
      </w:r>
    </w:p>
    <w:p>
      <w:pPr>
        <w:pStyle w:val="Code"/>
      </w:pPr>
      <w:r>
        <w:t>SERVICE_NAME="surfacehub-presence.service"</w:t>
      </w:r>
    </w:p>
    <w:p>
      <w:pPr>
        <w:pStyle w:val="Code"/>
      </w:pPr>
      <w:r/>
    </w:p>
    <w:p>
      <w:pPr>
        <w:pStyle w:val="Code"/>
      </w:pPr>
      <w:r>
        <w:t>mkdir -p "$HOME/.local/bin"</w:t>
      </w:r>
    </w:p>
    <w:p>
      <w:pPr>
        <w:pStyle w:val="Code"/>
      </w:pPr>
      <w:r>
        <w:t>mkdir -p "$HOME/.config/systemd/user"</w:t>
      </w:r>
    </w:p>
    <w:p>
      <w:pPr>
        <w:pStyle w:val="Code"/>
      </w:pPr>
      <w:r/>
    </w:p>
    <w:p>
      <w:pPr>
        <w:pStyle w:val="Code"/>
      </w:pPr>
      <w:r>
        <w:t>install -m 0755 "./$SCRIPT_NAME" "$HOME/.local/bin/$SCRIPT_NAME"</w:t>
      </w:r>
    </w:p>
    <w:p>
      <w:pPr>
        <w:pStyle w:val="Code"/>
      </w:pPr>
      <w:r>
        <w:t>install -m 0644 "./$SERVICE_NAME" "$HOME/.config/systemd/user/$SERVICE_NAME"</w:t>
      </w:r>
    </w:p>
    <w:p>
      <w:pPr>
        <w:pStyle w:val="Code"/>
      </w:pPr>
      <w:r/>
    </w:p>
    <w:p>
      <w:pPr>
        <w:pStyle w:val="Code"/>
      </w:pPr>
      <w:r>
        <w:t>systemctl --user daemon-reload</w:t>
      </w:r>
    </w:p>
    <w:p>
      <w:pPr>
        <w:pStyle w:val="Code"/>
      </w:pPr>
      <w:r>
        <w:t>systemctl --user enable --now "$SERVICE_NAME"</w:t>
      </w:r>
    </w:p>
    <w:p>
      <w:pPr>
        <w:pStyle w:val="Code"/>
      </w:pPr>
      <w:r/>
    </w:p>
    <w:p>
      <w:pPr>
        <w:pStyle w:val="Code"/>
      </w:pPr>
      <w:r>
        <w:t>echo</w:t>
      </w:r>
    </w:p>
    <w:p>
      <w:pPr>
        <w:pStyle w:val="Code"/>
      </w:pPr>
      <w:r>
        <w:t>echo "Installed and started $SERVICE_NAME"</w:t>
      </w:r>
    </w:p>
    <w:p>
      <w:pPr>
        <w:pStyle w:val="Code"/>
      </w:pPr>
      <w:r>
        <w:t>systemctl --user --no-pager status "$SERVICE_NAME" || true</w:t>
      </w:r>
    </w:p>
    <w:p>
      <w:pPr>
        <w:pStyle w:val="Code"/>
      </w:pPr>
      <w:r>
        <w:t>echo</w:t>
      </w:r>
    </w:p>
    <w:p>
      <w:pPr>
        <w:pStyle w:val="Code"/>
      </w:pPr>
      <w:r>
        <w:t>echo "Follow logs with:"</w:t>
      </w:r>
    </w:p>
    <w:p>
      <w:pPr>
        <w:pStyle w:val="Code"/>
      </w:pPr>
      <w:r>
        <w:t>echo "  journalctl --user -u $SERVICE_NAME -f"</w:t>
      </w:r>
    </w:p>
    <w:p>
      <w:pPr>
        <w:pStyle w:val="Heading2"/>
      </w:pPr>
      <w:r>
        <w:t>20.3 Install the service</w:t>
      </w:r>
    </w:p>
    <w:p>
      <w:pPr>
        <w:pStyle w:val="Code"/>
      </w:pPr>
      <w:r>
        <w:t>chmod +x install-surfacehub-presence.sh</w:t>
      </w:r>
    </w:p>
    <w:p>
      <w:pPr>
        <w:pStyle w:val="Code"/>
      </w:pPr>
      <w:r>
        <w:t>./install-surfacehub-presence.sh</w:t>
      </w:r>
    </w:p>
    <w:p>
      <w:pPr>
        <w:pStyle w:val="Code"/>
      </w:pPr>
      <w:r>
        <w:t>systemctl --user status surfacehub-presence.service</w:t>
      </w:r>
    </w:p>
    <w:p>
      <w:pPr>
        <w:pStyle w:val="Code"/>
      </w:pPr>
      <w:r>
        <w:t>journalctl --user -u surfacehub-presence.service -f</w:t>
      </w:r>
    </w:p>
    <w:p>
      <w:pPr>
        <w:pStyle w:val="Heading2"/>
      </w:pPr>
      <w:r>
        <w:t>20.4 Presence service configuration</w:t>
      </w:r>
    </w:p>
    <w:p>
      <w:r>
        <w:t>The working service uses these defaults:</w:t>
      </w:r>
    </w:p>
    <w:p>
      <w:pPr>
        <w:pStyle w:val="Code"/>
      </w:pPr>
      <w:r>
        <w:t>Environment=SURFACEHUB_PRESENCE_TIMEOUT=180</w:t>
      </w:r>
    </w:p>
    <w:p>
      <w:pPr>
        <w:pStyle w:val="Code"/>
      </w:pPr>
      <w:r>
        <w:t>Environment=SURFACEHUB_PRESENCE_POLL=0.20</w:t>
      </w:r>
    </w:p>
    <w:p>
      <w:pPr>
        <w:pStyle w:val="Code"/>
      </w:pPr>
      <w:r>
        <w:t>Environment=SURFACEHUB_PRESENCE_REDISCOVER=5</w:t>
      </w:r>
    </w:p>
    <w:p>
      <w:pPr>
        <w:pStyle w:val="Code"/>
      </w:pPr>
      <w:r>
        <w:t>Environment=SURFACEHUB_PRESENCE_DEBUG=0</w:t>
      </w:r>
    </w:p>
    <w:p>
      <w:r>
        <w:t>The default behavior is: any raw value of 1 wakes/unblanks the display and resets the timer; additional pulses continue resetting the timer; after 180 seconds with no pulse, the display is blanked. This software hysteresis turns the Hub's short presence pulses into stable appliance-style behavior.</w:t>
      </w:r>
    </w:p>
    <w:p>
      <w:pPr>
        <w:pStyle w:val="Heading2"/>
      </w:pPr>
      <w:r>
        <w:t>20.5 Change the inactivity timeout</w:t>
      </w:r>
    </w:p>
    <w:p>
      <w:r>
        <w:t>Edit the user service:</w:t>
      </w:r>
    </w:p>
    <w:p>
      <w:pPr>
        <w:pStyle w:val="Code"/>
      </w:pPr>
      <w:r>
        <w:t>nano ~/.config/systemd/user/surfacehub-presence.service</w:t>
      </w:r>
    </w:p>
    <w:p>
      <w:r>
        <w:t>For example, five minutes:</w:t>
      </w:r>
    </w:p>
    <w:p>
      <w:pPr>
        <w:pStyle w:val="Code"/>
      </w:pPr>
      <w:r>
        <w:t>Environment=SURFACEHUB_PRESENCE_TIMEOUT=300</w:t>
      </w:r>
    </w:p>
    <w:p>
      <w:r>
        <w:t>Then reload and restart:</w:t>
      </w:r>
    </w:p>
    <w:p>
      <w:pPr>
        <w:pStyle w:val="Code"/>
      </w:pPr>
      <w:r>
        <w:t>systemctl --user daemon-reload</w:t>
      </w:r>
    </w:p>
    <w:p>
      <w:pPr>
        <w:pStyle w:val="Code"/>
      </w:pPr>
      <w:r>
        <w:t>systemctl --user restart surfacehub-presence.service</w:t>
      </w:r>
    </w:p>
    <w:p>
      <w:pPr>
        <w:pStyle w:val="Heading2"/>
      </w:pPr>
      <w:r>
        <w:t>20.6 Troubleshooting the installer-name error</w:t>
      </w:r>
    </w:p>
    <w:p>
      <w:r>
        <w:t>If an older copy of install-surfacehub-presence.sh still references surfacehub-presence.sh, repair it with:</w:t>
      </w:r>
    </w:p>
    <w:p>
      <w:pPr>
        <w:pStyle w:val="Code"/>
      </w:pPr>
      <w:r>
        <w:t>sed -i 's/surfacehub-presence\.sh/surfacehub-presence.py/g' install-surfacehub-presence.sh</w:t>
      </w:r>
    </w:p>
    <w:p>
      <w:r>
        <w:t>Verify the corrected variable:</w:t>
      </w:r>
    </w:p>
    <w:p>
      <w:pPr>
        <w:pStyle w:val="Code"/>
      </w:pPr>
      <w:r>
        <w:t>grep SCRIPT_NAME install-surfacehub-presence.sh</w:t>
      </w:r>
    </w:p>
    <w:p>
      <w:r>
        <w:t>Expected:</w:t>
      </w:r>
    </w:p>
    <w:p>
      <w:pPr>
        <w:pStyle w:val="Code"/>
      </w:pPr>
      <w:r>
        <w:t>SCRIPT_NAME="surfacehub-presence.py"</w:t>
      </w:r>
    </w:p>
    <w:sectPr w:rsidR="00FC693F" w:rsidRPr="0006063C" w:rsidSect="00034616">
      <w:pgSz w:w="12240" w:h="15840"/>
      <w:pgMar w:top="936" w:right="1080" w:bottom="936"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Aptos Display" w:hAnsi="Aptos Display"/>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Aptos Display" w:hAnsi="Aptos Display"/>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Display" w:hAnsi="Aptos Display"/>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color w:val="17365D" w:themeColor="text2" w:themeShade="BF"/>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
    <w:name w:val="Code"/>
    <w:pPr>
      <w:spacing w:before="40" w:after="80"/>
      <w:ind w:left="360"/>
    </w:pPr>
    <w:rPr>
      <w:rFonts w:ascii="Consolas" w:hAnsi="Consolas"/>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